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E691C" w14:textId="65DBE06E" w:rsidR="00E81FB0" w:rsidRPr="00A84C26" w:rsidRDefault="00000000" w:rsidP="00E63387">
      <w:pPr>
        <w:spacing w:after="0" w:line="240" w:lineRule="auto"/>
        <w:jc w:val="center"/>
        <w:rPr>
          <w:rFonts w:ascii="Kalimati" w:hAnsi="Kalimati" w:cs="Kalimati"/>
          <w:b/>
          <w:color w:val="auto"/>
          <w:sz w:val="22"/>
          <w:lang w:bidi="ne-NP"/>
        </w:rPr>
      </w:pPr>
      <w:r w:rsidRPr="00A84C26">
        <w:rPr>
          <w:rFonts w:ascii="Kalimati" w:hAnsi="Kalimati" w:cs="Kalimati" w:hint="cs"/>
          <w:b/>
          <w:color w:val="auto"/>
          <w:szCs w:val="6"/>
        </w:rPr>
        <w:t>आफन्त नेपाल (Relative Nepal)</w:t>
      </w:r>
      <w:r w:rsidRPr="00A84C26">
        <w:rPr>
          <w:rFonts w:ascii="Kalimati" w:hAnsi="Kalimati" w:cs="Kalimati" w:hint="cs"/>
          <w:b/>
          <w:color w:val="auto"/>
          <w:sz w:val="32"/>
          <w:szCs w:val="18"/>
        </w:rPr>
        <w:br/>
      </w:r>
      <w:r w:rsidRPr="00A84C26">
        <w:rPr>
          <w:rFonts w:ascii="Kalimati" w:hAnsi="Kalimati" w:cs="Kalimati" w:hint="cs"/>
          <w:b/>
          <w:color w:val="auto"/>
          <w:sz w:val="22"/>
        </w:rPr>
        <w:t>जनकपुरधाम, धनुषा</w:t>
      </w:r>
      <w:r w:rsidR="00E81FB0" w:rsidRPr="00A84C26">
        <w:rPr>
          <w:rFonts w:ascii="Kalimati" w:hAnsi="Kalimati" w:cs="Kalimati" w:hint="cs"/>
          <w:b/>
          <w:color w:val="auto"/>
          <w:sz w:val="22"/>
          <w:cs/>
          <w:lang w:bidi="ne-NP"/>
        </w:rPr>
        <w:t xml:space="preserve">, </w:t>
      </w:r>
      <w:r w:rsidR="00E81FB0" w:rsidRPr="00A84C26">
        <w:rPr>
          <w:rFonts w:ascii="Kalimati" w:hAnsi="Kalimati" w:cs="Kalimati" w:hint="cs"/>
          <w:b/>
          <w:color w:val="auto"/>
          <w:sz w:val="22"/>
        </w:rPr>
        <w:t>मधेश प्रदेश</w:t>
      </w:r>
    </w:p>
    <w:p w14:paraId="56DD6D90" w14:textId="77777777" w:rsidR="00245C7A" w:rsidRPr="00AE5406" w:rsidRDefault="00245C7A" w:rsidP="00E63387">
      <w:pPr>
        <w:spacing w:after="0" w:line="240" w:lineRule="auto"/>
        <w:jc w:val="center"/>
        <w:rPr>
          <w:rFonts w:ascii="Kalimati" w:eastAsia="Mangal" w:hAnsi="Kalimati" w:cs="Kalimati"/>
          <w:b/>
          <w:bCs/>
          <w:color w:val="auto"/>
          <w:sz w:val="14"/>
          <w:szCs w:val="14"/>
          <w:lang w:bidi="ne-NP"/>
        </w:rPr>
      </w:pPr>
    </w:p>
    <w:p w14:paraId="51A2E3D4" w14:textId="274D284A" w:rsidR="00D95323" w:rsidRPr="00A84C26" w:rsidRDefault="00D95323" w:rsidP="00E63387">
      <w:pPr>
        <w:spacing w:after="0" w:line="240" w:lineRule="auto"/>
        <w:jc w:val="center"/>
        <w:rPr>
          <w:rFonts w:ascii="Kalimati" w:eastAsia="Mangal" w:hAnsi="Kalimati" w:cs="Kalimati"/>
          <w:b/>
          <w:bCs/>
          <w:color w:val="auto"/>
          <w:sz w:val="32"/>
          <w:szCs w:val="32"/>
        </w:rPr>
      </w:pPr>
      <w:r w:rsidRPr="00A84C26">
        <w:rPr>
          <w:rFonts w:ascii="Kalimati" w:eastAsia="Mangal" w:hAnsi="Kalimati" w:cs="Kalimati"/>
          <w:b/>
          <w:bCs/>
          <w:color w:val="auto"/>
          <w:sz w:val="32"/>
          <w:szCs w:val="32"/>
        </w:rPr>
        <w:t xml:space="preserve">मूल्य </w:t>
      </w:r>
      <w:r w:rsidR="0050719C">
        <w:rPr>
          <w:rFonts w:ascii="Kalimati" w:eastAsia="Mangal" w:hAnsi="Kalimati" w:cs="Kalimati" w:hint="cs"/>
          <w:b/>
          <w:bCs/>
          <w:color w:val="auto"/>
          <w:sz w:val="32"/>
          <w:szCs w:val="32"/>
          <w:cs/>
          <w:lang w:bidi="ne-NP"/>
        </w:rPr>
        <w:t>दरभाउपत्र</w:t>
      </w:r>
      <w:r w:rsidRPr="00A84C26">
        <w:rPr>
          <w:rFonts w:ascii="Kalimati" w:eastAsia="Mangal" w:hAnsi="Kalimati" w:cs="Kalimati"/>
          <w:b/>
          <w:bCs/>
          <w:color w:val="auto"/>
          <w:sz w:val="32"/>
          <w:szCs w:val="32"/>
        </w:rPr>
        <w:t xml:space="preserve"> फाराम</w:t>
      </w:r>
    </w:p>
    <w:p w14:paraId="05F3FA92" w14:textId="5EF404F4" w:rsidR="00D95323" w:rsidRPr="00A84C26" w:rsidRDefault="00D95323" w:rsidP="00E63387">
      <w:pPr>
        <w:spacing w:after="0" w:line="240" w:lineRule="auto"/>
        <w:jc w:val="center"/>
        <w:rPr>
          <w:rFonts w:ascii="Kalimati" w:eastAsia="Mangal" w:hAnsi="Kalimati" w:cs="Kalimati"/>
          <w:color w:val="auto"/>
          <w:sz w:val="16"/>
          <w:szCs w:val="16"/>
        </w:rPr>
      </w:pPr>
      <w:r w:rsidRPr="00A84C26">
        <w:rPr>
          <w:rFonts w:ascii="Kalimati" w:hAnsi="Kalimati" w:cs="Kalimati"/>
          <w:color w:val="auto"/>
          <w:sz w:val="18"/>
          <w:szCs w:val="20"/>
          <w:cs/>
        </w:rPr>
        <w:t>(विद्यालय भौतिक पूर्वाधार निर्माण/मर्मत</w:t>
      </w:r>
      <w:r w:rsidRPr="00A84C26">
        <w:rPr>
          <w:rFonts w:ascii="Kalimati" w:hAnsi="Kalimati" w:cs="Kalimati"/>
          <w:color w:val="auto"/>
          <w:sz w:val="18"/>
          <w:szCs w:val="20"/>
        </w:rPr>
        <w:t xml:space="preserve"> </w:t>
      </w:r>
      <w:r w:rsidRPr="00A84C26">
        <w:rPr>
          <w:rFonts w:ascii="Kalimati" w:hAnsi="Kalimati" w:cs="Kalimati" w:hint="cs"/>
          <w:color w:val="auto"/>
          <w:sz w:val="18"/>
          <w:szCs w:val="20"/>
          <w:cs/>
        </w:rPr>
        <w:t>अन्तर्गत</w:t>
      </w:r>
      <w:r w:rsidRPr="00A84C26">
        <w:rPr>
          <w:rFonts w:ascii="Kalimati" w:hAnsi="Kalimati" w:cs="Kalimati"/>
          <w:color w:val="auto"/>
          <w:sz w:val="18"/>
          <w:szCs w:val="20"/>
          <w:cs/>
        </w:rPr>
        <w:t xml:space="preserve"> </w:t>
      </w:r>
      <w:r w:rsidR="00CC322E">
        <w:rPr>
          <w:rFonts w:ascii="Kalimati" w:hAnsi="Kalimati" w:cs="Kalimati" w:hint="cs"/>
          <w:color w:val="auto"/>
          <w:sz w:val="18"/>
          <w:szCs w:val="20"/>
          <w:cs/>
          <w:lang w:bidi="ne-NP"/>
        </w:rPr>
        <w:t>शौचालय</w:t>
      </w:r>
      <w:r w:rsidRPr="00A84C26">
        <w:rPr>
          <w:rFonts w:ascii="Kalimati" w:hAnsi="Kalimati" w:cs="Kalimati" w:hint="cs"/>
          <w:color w:val="auto"/>
          <w:sz w:val="18"/>
          <w:szCs w:val="20"/>
          <w:cs/>
        </w:rPr>
        <w:t xml:space="preserve"> </w:t>
      </w:r>
      <w:r w:rsidRPr="00A84C26">
        <w:rPr>
          <w:rFonts w:ascii="Kalimati" w:hAnsi="Kalimati" w:cs="Kalimati"/>
          <w:color w:val="auto"/>
          <w:sz w:val="18"/>
          <w:szCs w:val="20"/>
          <w:cs/>
        </w:rPr>
        <w:t>निर्माण कार्यको लागि)</w:t>
      </w:r>
    </w:p>
    <w:p w14:paraId="28F7EEB5" w14:textId="77777777" w:rsidR="00D95323" w:rsidRPr="00A84C26" w:rsidRDefault="00D95323" w:rsidP="00E63387">
      <w:pPr>
        <w:spacing w:after="0"/>
        <w:jc w:val="center"/>
        <w:rPr>
          <w:rFonts w:ascii="Kalimati" w:eastAsia="Mangal" w:hAnsi="Kalimati" w:cs="Kalimati"/>
          <w:b/>
          <w:bCs/>
          <w:color w:val="auto"/>
          <w:sz w:val="10"/>
          <w:szCs w:val="10"/>
        </w:rPr>
      </w:pPr>
    </w:p>
    <w:p w14:paraId="03145F9C" w14:textId="69C73037" w:rsidR="00F35AB5" w:rsidRPr="00030C37" w:rsidRDefault="00276608" w:rsidP="00E63387">
      <w:pPr>
        <w:spacing w:after="0" w:line="240" w:lineRule="auto"/>
        <w:jc w:val="right"/>
        <w:rPr>
          <w:rFonts w:ascii="Kalimati" w:hAnsi="Kalimati" w:cs="Kalimati"/>
          <w:color w:val="auto"/>
          <w:sz w:val="18"/>
          <w:szCs w:val="18"/>
        </w:rPr>
      </w:pPr>
      <w:r>
        <w:rPr>
          <w:rFonts w:ascii="Kalimati" w:eastAsia="Mangal" w:hAnsi="Kalimati" w:cs="Kalimati"/>
          <w:b/>
          <w:bCs/>
          <w:color w:val="auto"/>
          <w:sz w:val="18"/>
          <w:szCs w:val="18"/>
          <w:cs/>
          <w:lang w:bidi="hi-IN"/>
        </w:rPr>
        <w:t>दरभाउपत्र</w:t>
      </w:r>
      <w:r w:rsidR="00D95323" w:rsidRPr="00030C37">
        <w:rPr>
          <w:rFonts w:ascii="Kalimati" w:eastAsia="Mangal" w:hAnsi="Kalimati" w:cs="Kalimati"/>
          <w:b/>
          <w:bCs/>
          <w:color w:val="auto"/>
          <w:sz w:val="18"/>
          <w:szCs w:val="18"/>
        </w:rPr>
        <w:t xml:space="preserve"> पेश ग</w:t>
      </w:r>
      <w:r w:rsidR="00D95323" w:rsidRPr="00030C37">
        <w:rPr>
          <w:rFonts w:ascii="Kalimati" w:eastAsia="Mangal" w:hAnsi="Kalimati" w:cs="Kalimati" w:hint="cs"/>
          <w:b/>
          <w:bCs/>
          <w:color w:val="auto"/>
          <w:sz w:val="18"/>
          <w:szCs w:val="18"/>
          <w:cs/>
        </w:rPr>
        <w:t xml:space="preserve">रेको </w:t>
      </w:r>
      <w:r w:rsidR="00D95323" w:rsidRPr="00030C37">
        <w:rPr>
          <w:rFonts w:ascii="Kalimati" w:eastAsia="Mangal" w:hAnsi="Kalimati" w:cs="Kalimati"/>
          <w:b/>
          <w:bCs/>
          <w:color w:val="auto"/>
          <w:sz w:val="18"/>
          <w:szCs w:val="18"/>
        </w:rPr>
        <w:t>मिति:</w:t>
      </w:r>
      <w:r w:rsidR="00D95323" w:rsidRPr="00030C37">
        <w:rPr>
          <w:rFonts w:ascii="Kalimati" w:eastAsia="Mangal" w:hAnsi="Kalimati" w:cs="Kalimati"/>
          <w:color w:val="auto"/>
          <w:sz w:val="18"/>
          <w:szCs w:val="18"/>
        </w:rPr>
        <w:t>................................</w:t>
      </w:r>
    </w:p>
    <w:p w14:paraId="147BE921" w14:textId="77777777" w:rsidR="00D95323" w:rsidRPr="00030C37" w:rsidRDefault="00D95323" w:rsidP="00E63387">
      <w:pPr>
        <w:spacing w:after="0" w:line="240" w:lineRule="auto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/>
          <w:b/>
          <w:bCs/>
          <w:color w:val="auto"/>
          <w:sz w:val="18"/>
          <w:szCs w:val="18"/>
        </w:rPr>
        <w:t>१. सूचना</w:t>
      </w:r>
    </w:p>
    <w:p w14:paraId="70AB5ED8" w14:textId="7C4B94C4" w:rsidR="00D95323" w:rsidRPr="00030C37" w:rsidRDefault="00D95323" w:rsidP="00E63387">
      <w:pPr>
        <w:spacing w:after="0" w:line="240" w:lineRule="auto"/>
        <w:jc w:val="both"/>
        <w:rPr>
          <w:rFonts w:ascii="Kalimati" w:eastAsia="Mangal" w:hAnsi="Kalimati" w:cs="Kalimati"/>
          <w:b/>
          <w:bCs/>
          <w:color w:val="auto"/>
          <w:sz w:val="18"/>
          <w:szCs w:val="18"/>
        </w:rPr>
      </w:pPr>
      <w:r w:rsidRPr="00030C37">
        <w:rPr>
          <w:rFonts w:ascii="Kalimati" w:hAnsi="Kalimati" w:cs="Kalimati"/>
          <w:color w:val="auto"/>
          <w:sz w:val="18"/>
          <w:szCs w:val="18"/>
        </w:rPr>
        <w:t xml:space="preserve">आफन्त नेपालद्वारा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फिडा 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>इन्टरनेशनलको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 साझेदारी तथा सहकार्यमा मधेश प्रदेशको धनुषा जिल्लाको शहिदनगर नगरपालिकामा 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सञ्चालित </w:t>
      </w:r>
      <w:r w:rsidRPr="00030C37">
        <w:rPr>
          <w:rFonts w:ascii="Kalimati" w:hAnsi="Kalimati" w:cs="Kalimati"/>
          <w:b/>
          <w:bCs/>
          <w:color w:val="auto"/>
          <w:sz w:val="18"/>
          <w:szCs w:val="18"/>
        </w:rPr>
        <w:t>"</w:t>
      </w:r>
      <w:r w:rsidRPr="00030C37">
        <w:rPr>
          <w:rFonts w:ascii="Kalimati" w:hAnsi="Kalimati" w:cs="Kalimati"/>
          <w:b/>
          <w:bCs/>
          <w:color w:val="auto"/>
          <w:sz w:val="18"/>
          <w:szCs w:val="18"/>
          <w:cs/>
        </w:rPr>
        <w:t>नेपालमा बालबालिका र युवाको लागि गुणस्तरीय शिक्षा</w:t>
      </w:r>
      <w:r w:rsidRPr="00030C37">
        <w:rPr>
          <w:rFonts w:ascii="Kalimati" w:hAnsi="Kalimati" w:cs="Kalimati"/>
          <w:b/>
          <w:bCs/>
          <w:color w:val="auto"/>
          <w:sz w:val="18"/>
          <w:szCs w:val="18"/>
        </w:rPr>
        <w:t>"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 परियोजना अन्तर्गत 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सामुदायिक 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>विद्यालय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को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 xml:space="preserve"> भौतिक पूर्वाधार सुधारका लागि 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नयाँ शौचालय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 निर्माण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 xml:space="preserve"> सम्बन्धी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 कार्य सम्पन्न 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>गर्न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 </w:t>
      </w:r>
      <w:r w:rsidR="00087C34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र्इ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च्छुक व्यक्ति/फर्महरूबाट देहायको ढाँचामा मूल्य </w:t>
      </w:r>
      <w:r w:rsidR="00276608">
        <w:rPr>
          <w:rFonts w:ascii="Kalimati" w:hAnsi="Kalimati" w:cs="Kalimati"/>
          <w:color w:val="auto"/>
          <w:sz w:val="18"/>
          <w:szCs w:val="18"/>
          <w:cs/>
          <w:lang w:bidi="hi-IN"/>
        </w:rPr>
        <w:t>दरभाउपत्र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 आह्वान गरि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एकोले 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इच्छुक व्यक्ति/फर्महरूले यो फाराम पूर्ण रूपमा भरी 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>तोकिएको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 मिति र समयभित्र </w:t>
      </w:r>
      <w:r w:rsidR="00284F00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सिल</w:t>
      </w:r>
      <w:r w:rsidR="00200BAE" w:rsidRPr="00030C37">
        <w:rPr>
          <w:rFonts w:ascii="Kalimati" w:hAnsi="Kalimati" w:cs="Kalimati"/>
          <w:color w:val="auto"/>
          <w:sz w:val="18"/>
          <w:szCs w:val="18"/>
        </w:rPr>
        <w:t>बन्दी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को रूपमा वा इमेल मार्फत यस कार्यालयमा पेश गर्नुहुन अनुरोध छ। म्याद नाघी प्राप्त हुने </w:t>
      </w:r>
      <w:r w:rsidR="00276608">
        <w:rPr>
          <w:rFonts w:ascii="Kalimati" w:hAnsi="Kalimati" w:cs="Kalimati"/>
          <w:color w:val="auto"/>
          <w:sz w:val="18"/>
          <w:szCs w:val="18"/>
          <w:cs/>
          <w:lang w:bidi="hi-IN"/>
        </w:rPr>
        <w:t>दरभाउपत्र</w:t>
      </w:r>
      <w:r w:rsidRPr="00030C37">
        <w:rPr>
          <w:rFonts w:ascii="Kalimati" w:hAnsi="Kalimati" w:cs="Kalimati"/>
          <w:color w:val="auto"/>
          <w:sz w:val="18"/>
          <w:szCs w:val="18"/>
        </w:rPr>
        <w:t>हरू उपर कुनै कारबाही गरिने छैन।</w:t>
      </w:r>
    </w:p>
    <w:p w14:paraId="796265B9" w14:textId="09B5C0B9" w:rsidR="00D95323" w:rsidRPr="00030C37" w:rsidRDefault="00D95323" w:rsidP="00E63387">
      <w:pPr>
        <w:spacing w:after="0" w:line="240" w:lineRule="auto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/>
          <w:b/>
          <w:bCs/>
          <w:color w:val="auto"/>
          <w:sz w:val="18"/>
          <w:szCs w:val="18"/>
        </w:rPr>
        <w:t>२. कामको विवरण</w:t>
      </w:r>
    </w:p>
    <w:p w14:paraId="49EF9975" w14:textId="351D8F3E" w:rsidR="00841674" w:rsidRPr="00030C37" w:rsidRDefault="00841674" w:rsidP="00E63387">
      <w:pPr>
        <w:pStyle w:val="ListParagraph"/>
        <w:numPr>
          <w:ilvl w:val="0"/>
          <w:numId w:val="10"/>
        </w:numPr>
        <w:spacing w:after="0" w:line="240" w:lineRule="auto"/>
        <w:ind w:left="450"/>
        <w:contextualSpacing w:val="0"/>
        <w:rPr>
          <w:rFonts w:ascii="Kalimati" w:eastAsia="Mangal" w:hAnsi="Kalimati" w:cs="Kalimati"/>
          <w:b/>
          <w:bCs/>
          <w:color w:val="auto"/>
          <w:sz w:val="18"/>
          <w:szCs w:val="18"/>
        </w:rPr>
      </w:pPr>
      <w:r w:rsidRPr="00030C37">
        <w:rPr>
          <w:rFonts w:ascii="Kalimati" w:hAnsi="Kalimati" w:cs="Kalimati"/>
          <w:color w:val="auto"/>
          <w:sz w:val="18"/>
          <w:szCs w:val="18"/>
          <w:cs/>
        </w:rPr>
        <w:t>निर्दिष्ट स्थान</w:t>
      </w:r>
      <w:r w:rsidR="00284F00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को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विद्यालयमा निर्धारित 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स्वीकृत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नापअनुसार 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नयाँ शौचालयका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 सपोर्ट संरचना तयार ग</w:t>
      </w:r>
      <w:r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री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निर्माण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पलस्तर तथा पलम्बिङ्ग 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र रंगरोगन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सम्बन्धी </w:t>
      </w:r>
      <w:r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सम्पूर्ण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कार्य सम्पन्न गर्ने।</w:t>
      </w:r>
    </w:p>
    <w:p w14:paraId="306A31EE" w14:textId="6D477485" w:rsidR="00D95323" w:rsidRPr="00030C37" w:rsidRDefault="00D95323" w:rsidP="00CC322E">
      <w:pPr>
        <w:pStyle w:val="ListParagraph"/>
        <w:numPr>
          <w:ilvl w:val="0"/>
          <w:numId w:val="10"/>
        </w:numPr>
        <w:spacing w:after="0" w:line="240" w:lineRule="auto"/>
        <w:ind w:left="450"/>
        <w:contextualSpacing w:val="0"/>
        <w:rPr>
          <w:rFonts w:ascii="Kalimati" w:eastAsia="Mangal" w:hAnsi="Kalimati" w:cs="Kalimati"/>
          <w:b/>
          <w:bCs/>
          <w:color w:val="auto"/>
          <w:sz w:val="18"/>
          <w:szCs w:val="18"/>
        </w:rPr>
      </w:pPr>
      <w:r w:rsidRPr="00030C37">
        <w:rPr>
          <w:rFonts w:ascii="Kalimati" w:hAnsi="Kalimati" w:cs="Kalimati"/>
          <w:color w:val="auto"/>
          <w:sz w:val="18"/>
          <w:szCs w:val="18"/>
        </w:rPr>
        <w:t xml:space="preserve">काम सम्पन्न गर्नुपर्ने अवधि: कार्यादेश प्राप्त भएको मितिले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तोकिएको </w:t>
      </w:r>
      <w:r w:rsidR="00CC322E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२ महिना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भित्र गुणस्तरीय रूपमा सम्पन्न गर्नुपर्नेछ।</w:t>
      </w:r>
    </w:p>
    <w:p w14:paraId="3ABA8293" w14:textId="77777777" w:rsidR="00CC322E" w:rsidRPr="00030C37" w:rsidRDefault="00CC322E" w:rsidP="00CC322E">
      <w:pPr>
        <w:pStyle w:val="ListParagraph"/>
        <w:spacing w:after="0" w:line="240" w:lineRule="auto"/>
        <w:ind w:left="0"/>
        <w:contextualSpacing w:val="0"/>
        <w:rPr>
          <w:rFonts w:ascii="Kalimati" w:hAnsi="Kalimati" w:cs="Kalimati"/>
          <w:b/>
          <w:bCs/>
          <w:color w:val="auto"/>
          <w:sz w:val="18"/>
          <w:szCs w:val="18"/>
        </w:rPr>
      </w:pPr>
      <w:r w:rsidRPr="00030C37">
        <w:rPr>
          <w:rFonts w:ascii="Kalimati" w:hAnsi="Kalimati" w:cs="Kalimati" w:hint="cs"/>
          <w:b/>
          <w:bCs/>
          <w:color w:val="auto"/>
          <w:sz w:val="18"/>
          <w:szCs w:val="18"/>
          <w:cs/>
          <w:lang w:bidi="ne-NP"/>
        </w:rPr>
        <w:t>३</w:t>
      </w:r>
      <w:r w:rsidRPr="00030C37">
        <w:rPr>
          <w:rFonts w:ascii="Kalimati" w:hAnsi="Kalimati" w:cs="Kalimati"/>
          <w:b/>
          <w:bCs/>
          <w:color w:val="auto"/>
          <w:sz w:val="18"/>
          <w:szCs w:val="18"/>
          <w:cs/>
        </w:rPr>
        <w:t>. निर्माण कार्यको स्थान तथा नाप विवरण</w:t>
      </w:r>
    </w:p>
    <w:tbl>
      <w:tblPr>
        <w:tblStyle w:val="TableGrid"/>
        <w:tblW w:w="9849" w:type="dxa"/>
        <w:tblLook w:val="04A0" w:firstRow="1" w:lastRow="0" w:firstColumn="1" w:lastColumn="0" w:noHBand="0" w:noVBand="1"/>
      </w:tblPr>
      <w:tblGrid>
        <w:gridCol w:w="599"/>
        <w:gridCol w:w="6056"/>
        <w:gridCol w:w="1710"/>
        <w:gridCol w:w="1484"/>
      </w:tblGrid>
      <w:tr w:rsidR="00CC322E" w:rsidRPr="00030C37" w14:paraId="11CE1025" w14:textId="77777777" w:rsidTr="009C5594">
        <w:trPr>
          <w:trHeight w:val="147"/>
        </w:trPr>
        <w:tc>
          <w:tcPr>
            <w:tcW w:w="0" w:type="auto"/>
            <w:hideMark/>
          </w:tcPr>
          <w:p w14:paraId="2030127A" w14:textId="77777777" w:rsidR="00CC322E" w:rsidRPr="00030C37" w:rsidRDefault="00CC322E" w:rsidP="00323656">
            <w:pPr>
              <w:jc w:val="center"/>
              <w:rPr>
                <w:rFonts w:ascii="Kalimati" w:hAnsi="Kalimati" w:cs="Kalimati"/>
                <w:kern w:val="2"/>
                <w:sz w:val="18"/>
                <w:szCs w:val="18"/>
                <w14:ligatures w14:val="standardContextual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सि.नं.</w:t>
            </w:r>
          </w:p>
        </w:tc>
        <w:tc>
          <w:tcPr>
            <w:tcW w:w="6056" w:type="dxa"/>
            <w:hideMark/>
          </w:tcPr>
          <w:p w14:paraId="6F419A53" w14:textId="77777777" w:rsidR="00CC322E" w:rsidRPr="00030C37" w:rsidRDefault="00CC322E" w:rsidP="00323656">
            <w:pPr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विद्यालय/स्थान</w:t>
            </w:r>
          </w:p>
        </w:tc>
        <w:tc>
          <w:tcPr>
            <w:tcW w:w="1710" w:type="dxa"/>
            <w:tcBorders>
              <w:bottom w:val="nil"/>
            </w:tcBorders>
            <w:hideMark/>
          </w:tcPr>
          <w:p w14:paraId="42CA5159" w14:textId="77777777" w:rsidR="00CC322E" w:rsidRPr="00030C37" w:rsidRDefault="00CC322E" w:rsidP="00323656">
            <w:pPr>
              <w:jc w:val="center"/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नाप/विवरण</w:t>
            </w:r>
          </w:p>
        </w:tc>
        <w:tc>
          <w:tcPr>
            <w:tcW w:w="1484" w:type="dxa"/>
            <w:hideMark/>
          </w:tcPr>
          <w:p w14:paraId="669F8C16" w14:textId="77777777" w:rsidR="00CC322E" w:rsidRPr="00030C37" w:rsidRDefault="00CC322E" w:rsidP="00323656">
            <w:pPr>
              <w:jc w:val="center"/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संख्या</w:t>
            </w:r>
          </w:p>
        </w:tc>
      </w:tr>
      <w:tr w:rsidR="00CC322E" w:rsidRPr="00030C37" w14:paraId="7A7DFE53" w14:textId="77777777" w:rsidTr="009C5594">
        <w:trPr>
          <w:trHeight w:val="756"/>
        </w:trPr>
        <w:tc>
          <w:tcPr>
            <w:tcW w:w="0" w:type="auto"/>
          </w:tcPr>
          <w:p w14:paraId="294E215A" w14:textId="77777777" w:rsidR="00CC322E" w:rsidRPr="00030C37" w:rsidRDefault="00CC322E" w:rsidP="00323656">
            <w:pPr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</w:p>
        </w:tc>
        <w:tc>
          <w:tcPr>
            <w:tcW w:w="6056" w:type="dxa"/>
          </w:tcPr>
          <w:p w14:paraId="35623F3B" w14:textId="5DDB9C1F" w:rsidR="00CC322E" w:rsidRPr="00030C37" w:rsidRDefault="00CC322E" w:rsidP="00323656">
            <w:pPr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</w:rPr>
              <w:t>श्री जनता एकार्इ माध्यमिक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 विद्यालय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</w:rPr>
              <w:t>यदुकूहा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वडा नं. 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</w:rPr>
              <w:t>३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 मा </w:t>
            </w:r>
            <w:r w:rsidR="00284F00"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नयाँ शौचालय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 निर्माण </w:t>
            </w:r>
            <w:r w:rsidR="009C5594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स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म्बन्धि सम्पूर्ण कार्य</w:t>
            </w:r>
          </w:p>
        </w:tc>
        <w:tc>
          <w:tcPr>
            <w:tcW w:w="1710" w:type="dxa"/>
          </w:tcPr>
          <w:p w14:paraId="1520837E" w14:textId="2E3C6CD0" w:rsidR="00CC322E" w:rsidRPr="00030C37" w:rsidRDefault="00CC322E" w:rsidP="00323656">
            <w:pPr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 w:hint="cs"/>
                <w:b/>
                <w:bCs/>
                <w:sz w:val="18"/>
                <w:szCs w:val="18"/>
                <w:cs/>
              </w:rPr>
              <w:t>स्वीकृत नाप नक्शा अनुसार</w:t>
            </w:r>
          </w:p>
        </w:tc>
        <w:tc>
          <w:tcPr>
            <w:tcW w:w="1484" w:type="dxa"/>
          </w:tcPr>
          <w:p w14:paraId="1B613013" w14:textId="77777777" w:rsidR="00CC322E" w:rsidRPr="00030C37" w:rsidRDefault="00CC322E" w:rsidP="00323656">
            <w:pPr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</w:p>
        </w:tc>
      </w:tr>
    </w:tbl>
    <w:p w14:paraId="25D06FD7" w14:textId="369F3F8D" w:rsidR="00E93281" w:rsidRPr="00030C37" w:rsidRDefault="00E93281" w:rsidP="00E63387">
      <w:pPr>
        <w:spacing w:after="0" w:line="240" w:lineRule="auto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/>
          <w:b/>
          <w:bCs/>
          <w:color w:val="auto"/>
          <w:sz w:val="18"/>
          <w:szCs w:val="18"/>
          <w:cs/>
        </w:rPr>
        <w:t>४</w:t>
      </w:r>
      <w:r w:rsidRPr="00030C37">
        <w:rPr>
          <w:rFonts w:ascii="Kalimati" w:eastAsia="Mangal" w:hAnsi="Kalimati" w:cs="Kalimati"/>
          <w:b/>
          <w:bCs/>
          <w:color w:val="auto"/>
          <w:sz w:val="18"/>
          <w:szCs w:val="18"/>
        </w:rPr>
        <w:t>. महत्वपूर्ण सर्तहरू</w:t>
      </w:r>
    </w:p>
    <w:p w14:paraId="118CDDB3" w14:textId="77777777" w:rsidR="00284F00" w:rsidRPr="00030C37" w:rsidRDefault="00284F00" w:rsidP="00284F00">
      <w:pPr>
        <w:pStyle w:val="ListParagraph"/>
        <w:numPr>
          <w:ilvl w:val="0"/>
          <w:numId w:val="15"/>
        </w:numPr>
        <w:spacing w:after="0" w:line="240" w:lineRule="auto"/>
        <w:ind w:left="360"/>
        <w:contextualSpacing w:val="0"/>
        <w:jc w:val="both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दरभाउपत्र फारमका 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>साथ फर्म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को 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>व्यवसाय दर्ता प्रमाणपत्र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 वा 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 xml:space="preserve">व्यक्तिको 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</w:rPr>
        <w:t xml:space="preserve">नागरिकताको 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>प्रतिलिपि, अद्यावधिक PAN/VAT दर्ता प्रमाणपत्र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</w:rPr>
        <w:t xml:space="preserve">, 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>आ.ब. २०८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>२</w:t>
      </w:r>
      <w:r w:rsidRPr="00030C37">
        <w:rPr>
          <w:rFonts w:ascii="Kalimati" w:eastAsia="Mangal" w:hAnsi="Kalimati" w:cs="Kalimati"/>
          <w:color w:val="auto"/>
          <w:sz w:val="18"/>
          <w:szCs w:val="18"/>
          <w:lang w:bidi="ne-NP"/>
        </w:rPr>
        <w:t>/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>८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३ को 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>कर चुक्ता प्रमाणपत्र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 वा 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>आ.ब. २०८१</w:t>
      </w:r>
      <w:r w:rsidRPr="00030C37">
        <w:rPr>
          <w:rFonts w:ascii="Kalimati" w:eastAsia="Mangal" w:hAnsi="Kalimati" w:cs="Kalimati"/>
          <w:color w:val="auto"/>
          <w:sz w:val="18"/>
          <w:szCs w:val="18"/>
          <w:lang w:bidi="ne-NP"/>
        </w:rPr>
        <w:t>/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>८२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 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 xml:space="preserve">कर चुक्ता प्रमाणपत्र 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>र कर चुक्ता म्याद थप पत्र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  <w:lang w:bidi="ne-NP"/>
        </w:rPr>
        <w:t xml:space="preserve">को 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>प्रतिलिपि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 xml:space="preserve"> 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>अनिवार्य रूपमा संलग्न गर्नुपर्नेछ।</w:t>
      </w:r>
    </w:p>
    <w:p w14:paraId="0D90F686" w14:textId="3AC8783A" w:rsidR="00E93281" w:rsidRPr="00030C37" w:rsidRDefault="00E93281" w:rsidP="00284F00">
      <w:pPr>
        <w:pStyle w:val="ListParagraph"/>
        <w:numPr>
          <w:ilvl w:val="0"/>
          <w:numId w:val="15"/>
        </w:numPr>
        <w:spacing w:after="0" w:line="240" w:lineRule="auto"/>
        <w:ind w:left="360"/>
        <w:contextualSpacing w:val="0"/>
        <w:jc w:val="both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/>
          <w:color w:val="auto"/>
          <w:sz w:val="18"/>
          <w:szCs w:val="18"/>
        </w:rPr>
        <w:t>प्रयोग हुने सम्पूर्ण सामग्री गुणस्तरीय हुनुपर्नेछ ।</w:t>
      </w:r>
    </w:p>
    <w:p w14:paraId="62A52124" w14:textId="10660EF7" w:rsidR="00284F00" w:rsidRPr="00030C37" w:rsidRDefault="00E93281" w:rsidP="00284F00">
      <w:pPr>
        <w:pStyle w:val="ListParagraph"/>
        <w:numPr>
          <w:ilvl w:val="0"/>
          <w:numId w:val="15"/>
        </w:numPr>
        <w:spacing w:after="0" w:line="240" w:lineRule="auto"/>
        <w:ind w:left="360"/>
        <w:contextualSpacing w:val="0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/>
          <w:color w:val="auto"/>
          <w:sz w:val="18"/>
          <w:szCs w:val="18"/>
        </w:rPr>
        <w:t xml:space="preserve">संस्थाले कुनै कारण नखुलाई जुनसुकै वा सबै </w:t>
      </w:r>
      <w:r w:rsidR="00276608">
        <w:rPr>
          <w:rFonts w:ascii="Kalimati" w:eastAsia="Mangal" w:hAnsi="Kalimati" w:cs="Kalimati"/>
          <w:color w:val="auto"/>
          <w:sz w:val="18"/>
          <w:szCs w:val="18"/>
          <w:cs/>
          <w:lang w:bidi="hi-IN"/>
        </w:rPr>
        <w:t>दरभाउपत्र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 xml:space="preserve"> स्वीकृत/अस्वीकृत गर्न सक्नेछ।</w:t>
      </w:r>
    </w:p>
    <w:p w14:paraId="4B4B72EE" w14:textId="648BCF86" w:rsidR="00284F00" w:rsidRPr="00030C37" w:rsidRDefault="00284F00" w:rsidP="00284F00">
      <w:pPr>
        <w:pStyle w:val="ListParagraph"/>
        <w:numPr>
          <w:ilvl w:val="0"/>
          <w:numId w:val="15"/>
        </w:numPr>
        <w:spacing w:after="0" w:line="240" w:lineRule="auto"/>
        <w:ind w:left="360"/>
        <w:contextualSpacing w:val="0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eastAsia="Mangal" w:hAnsi="Kalimati" w:cs="Kalimati"/>
          <w:color w:val="auto"/>
          <w:sz w:val="18"/>
          <w:szCs w:val="18"/>
        </w:rPr>
        <w:t>थप जानकारीका लागि सम्पर्क व्यक्ति: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</w:rPr>
        <w:t xml:space="preserve"> 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>उमेश प्रसाद यादव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</w:rPr>
        <w:t xml:space="preserve">, 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>शिक्षा अधिकृत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</w:rPr>
        <w:t xml:space="preserve">, </w:t>
      </w:r>
      <w:r w:rsidRPr="00030C37">
        <w:rPr>
          <w:rFonts w:ascii="Kalimati" w:eastAsia="Mangal" w:hAnsi="Kalimati" w:cs="Kalimati"/>
          <w:color w:val="auto"/>
          <w:sz w:val="18"/>
          <w:szCs w:val="18"/>
        </w:rPr>
        <w:t>फोन नं.:</w:t>
      </w:r>
      <w:r w:rsidRPr="00030C37">
        <w:rPr>
          <w:rFonts w:ascii="Kalimati" w:eastAsia="Mangal" w:hAnsi="Kalimati" w:cs="Kalimati"/>
          <w:color w:val="auto"/>
          <w:sz w:val="18"/>
          <w:szCs w:val="18"/>
          <w:cs/>
        </w:rPr>
        <w:t xml:space="preserve"> </w:t>
      </w:r>
      <w:r w:rsidRPr="00030C37">
        <w:rPr>
          <w:rFonts w:ascii="Kalimati" w:eastAsia="Mangal" w:hAnsi="Kalimati" w:cs="Kalimati" w:hint="cs"/>
          <w:color w:val="auto"/>
          <w:sz w:val="18"/>
          <w:szCs w:val="18"/>
          <w:cs/>
          <w:lang w:bidi="ne-NP"/>
        </w:rPr>
        <w:t>९८४४१०९००७</w:t>
      </w:r>
    </w:p>
    <w:p w14:paraId="510DACD6" w14:textId="77777777" w:rsidR="00E93281" w:rsidRPr="00030C37" w:rsidRDefault="00E93281" w:rsidP="00284F00">
      <w:pPr>
        <w:pStyle w:val="ListParagraph"/>
        <w:spacing w:after="0" w:line="240" w:lineRule="auto"/>
        <w:ind w:left="360"/>
        <w:jc w:val="both"/>
        <w:rPr>
          <w:rFonts w:ascii="Kalimati" w:hAnsi="Kalimati" w:cs="Kalimati"/>
          <w:color w:val="auto"/>
          <w:sz w:val="18"/>
          <w:szCs w:val="18"/>
        </w:rPr>
      </w:pP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>(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यदि बोलपत्र प्रक्रिया वा सम्झौता कार्यान्वयनमा भ्रष्टाचार वा घुस सम्बन्धी कार्य भएको पाइएमा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बोलपत्र अस्वीकृत गर्न तथा सम्झौता रद्द गर्न सकिनेछ। प्राधिकृतिले आफू वा आफ्ना साझेदारले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प्रतिबन्ध (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Sanctions)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वा अन्य कुनै कानुनी कारबाहीतर्फ अनुसन्धान रहेको/नरहेको जानकारी गर्नुपर्नेछ।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यदि सम्झौता व्यवस्थापन वा कार्यान्वयनमा अनियमितता वा भ्रष्ट क्रियाकलाप देखिएमा बोलपत्र अस्वीकृत गर्न वा सम्झौता तोड्न सकिनेछ। राष्ट्रिय वा युरोपेली संघ (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EU)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को सार्वजनिक खरिद कानुन वा संयुक्त राष्ट्रसंघ (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UN)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द्वारा लागू गरिएका प्रतिबन्ध सूचीमा परेको खण्डमा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वा सार्वजनिक खरिद कानुन/सम्झौता अनुसार जस्ता लाग्ने विशेष परिस्थितिहरू देखिएमा सम्झौता तत्काल प्रभावबाट रद्द गर्न सकिनेछ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  <w:cs/>
        </w:rPr>
        <w:t>चाहे ती कारणहरू सम्झौता सुरु भएपछि मात्र किन नदेखिएका हुन्।</w:t>
      </w:r>
      <w:r w:rsidRPr="00030C37">
        <w:rPr>
          <w:rFonts w:ascii="Kalimati" w:hAnsi="Kalimati" w:cs="Kalimati"/>
          <w:i/>
          <w:iCs/>
          <w:color w:val="auto"/>
          <w:sz w:val="18"/>
          <w:szCs w:val="18"/>
        </w:rPr>
        <w:t>)</w:t>
      </w:r>
    </w:p>
    <w:p w14:paraId="0FB0AB8A" w14:textId="1AE16D7E" w:rsidR="00F35AB5" w:rsidRPr="00030C37" w:rsidRDefault="007A0EA6" w:rsidP="00E63387">
      <w:pPr>
        <w:keepNext/>
        <w:spacing w:after="0" w:line="240" w:lineRule="auto"/>
        <w:rPr>
          <w:rFonts w:ascii="Kalimati" w:hAnsi="Kalimati" w:cs="Kalimati"/>
          <w:b/>
          <w:color w:val="auto"/>
          <w:sz w:val="18"/>
          <w:szCs w:val="18"/>
        </w:rPr>
      </w:pPr>
      <w:r w:rsidRPr="00030C37">
        <w:rPr>
          <w:rFonts w:ascii="Kalimati" w:hAnsi="Kalimati" w:cs="Kalimati" w:hint="cs"/>
          <w:b/>
          <w:color w:val="auto"/>
          <w:sz w:val="18"/>
          <w:szCs w:val="18"/>
          <w:cs/>
          <w:lang w:bidi="ne-NP"/>
        </w:rPr>
        <w:t>५</w:t>
      </w:r>
      <w:r w:rsidRPr="00030C37">
        <w:rPr>
          <w:rFonts w:ascii="Kalimati" w:hAnsi="Kalimati" w:cs="Kalimati" w:hint="cs"/>
          <w:b/>
          <w:color w:val="auto"/>
          <w:sz w:val="18"/>
          <w:szCs w:val="18"/>
        </w:rPr>
        <w:t>. निर्माण सामग्रीको विस्तृत प्राविधिक मापदण्ड</w:t>
      </w:r>
    </w:p>
    <w:p w14:paraId="471EFC4A" w14:textId="694E0E78" w:rsidR="00CC322E" w:rsidRPr="00030C37" w:rsidRDefault="00EB201B" w:rsidP="00E63387">
      <w:pPr>
        <w:spacing w:after="0" w:line="240" w:lineRule="auto"/>
        <w:rPr>
          <w:rFonts w:ascii="Kalimati" w:hAnsi="Kalimati" w:cs="Kalimati"/>
          <w:color w:val="auto"/>
          <w:sz w:val="18"/>
          <w:szCs w:val="18"/>
          <w:lang w:bidi="ne-NP"/>
        </w:rPr>
      </w:pPr>
      <w:r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>उक्त</w:t>
      </w:r>
      <w:r w:rsidRPr="00030C37">
        <w:rPr>
          <w:rFonts w:ascii="Kalimati" w:hAnsi="Kalimati" w:cs="Kalimati" w:hint="cs"/>
          <w:color w:val="auto"/>
          <w:sz w:val="18"/>
          <w:szCs w:val="18"/>
        </w:rPr>
        <w:t xml:space="preserve"> निर्माण कार्यका लागि ठेकेदार/फर्मले आपूर्ति गर्ने सम्पूर्ण सामग्रीहरू निम्न अनुसारका प्राविधिक मापदण्ड</w:t>
      </w:r>
      <w:r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 </w:t>
      </w:r>
      <w:r w:rsidRPr="00030C37">
        <w:rPr>
          <w:rFonts w:ascii="Kalimati" w:hAnsi="Kalimati" w:cs="Kalimati" w:hint="cs"/>
          <w:color w:val="auto"/>
          <w:sz w:val="18"/>
          <w:szCs w:val="18"/>
        </w:rPr>
        <w:t>अनुरूप</w:t>
      </w:r>
      <w:r w:rsidR="00141824" w:rsidRPr="00030C37">
        <w:rPr>
          <w:rFonts w:ascii="Kalimati" w:hAnsi="Kalimati" w:cs="Kalimati" w:hint="cs"/>
          <w:color w:val="auto"/>
          <w:sz w:val="18"/>
          <w:szCs w:val="18"/>
          <w:cs/>
          <w:lang w:bidi="ne-NP"/>
        </w:rPr>
        <w:t xml:space="preserve"> </w:t>
      </w:r>
      <w:r w:rsidRPr="00030C37">
        <w:rPr>
          <w:rFonts w:ascii="Kalimati" w:hAnsi="Kalimati" w:cs="Kalimati" w:hint="cs"/>
          <w:color w:val="auto"/>
          <w:sz w:val="18"/>
          <w:szCs w:val="18"/>
        </w:rPr>
        <w:t>हुनुपर्नेछ:</w:t>
      </w:r>
    </w:p>
    <w:tbl>
      <w:tblPr>
        <w:tblStyle w:val="TableGrid1"/>
        <w:tblW w:w="5000" w:type="pct"/>
        <w:tblLook w:val="04A0" w:firstRow="1" w:lastRow="0" w:firstColumn="1" w:lastColumn="0" w:noHBand="0" w:noVBand="1"/>
      </w:tblPr>
      <w:tblGrid>
        <w:gridCol w:w="565"/>
        <w:gridCol w:w="3213"/>
        <w:gridCol w:w="5958"/>
      </w:tblGrid>
      <w:tr w:rsidR="00284F00" w:rsidRPr="00030C37" w14:paraId="7D5B8293" w14:textId="77777777" w:rsidTr="00F82F8A">
        <w:tc>
          <w:tcPr>
            <w:tcW w:w="1940" w:type="pct"/>
            <w:gridSpan w:val="2"/>
          </w:tcPr>
          <w:p w14:paraId="50AFD989" w14:textId="77777777" w:rsidR="00284F00" w:rsidRPr="00030C37" w:rsidRDefault="00284F00" w:rsidP="00F82F8A">
            <w:pPr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</w:rPr>
              <w:t>सामग्री</w:t>
            </w:r>
          </w:p>
        </w:tc>
        <w:tc>
          <w:tcPr>
            <w:tcW w:w="3060" w:type="pct"/>
          </w:tcPr>
          <w:p w14:paraId="05392C0C" w14:textId="77777777" w:rsidR="00284F00" w:rsidRPr="00030C37" w:rsidRDefault="00284F00" w:rsidP="00F82F8A">
            <w:pPr>
              <w:rPr>
                <w:rFonts w:ascii="Kalimati" w:hAnsi="Kalimati" w:cs="Kalimati"/>
                <w:b/>
                <w:bCs/>
                <w:sz w:val="18"/>
                <w:szCs w:val="18"/>
                <w:cs/>
                <w:lang w:bidi="ne-NP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</w:rPr>
              <w:t xml:space="preserve">गुणस्तर </w:t>
            </w:r>
            <w:r w:rsidRPr="00030C37">
              <w:rPr>
                <w:rFonts w:ascii="Kalimati" w:hAnsi="Kalimati" w:cs="Kalimati" w:hint="cs"/>
                <w:b/>
                <w:bCs/>
                <w:sz w:val="18"/>
                <w:szCs w:val="18"/>
                <w:cs/>
                <w:lang w:bidi="ne-NP"/>
              </w:rPr>
              <w:t xml:space="preserve">तथा </w:t>
            </w: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</w:rPr>
              <w:t>स्वीकृत ब्रान्ड</w:t>
            </w:r>
          </w:p>
        </w:tc>
      </w:tr>
      <w:tr w:rsidR="00284F00" w:rsidRPr="00030C37" w14:paraId="1123399F" w14:textId="77777777" w:rsidTr="00F82F8A">
        <w:tc>
          <w:tcPr>
            <w:tcW w:w="290" w:type="pct"/>
          </w:tcPr>
          <w:p w14:paraId="3AAD46C6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</w:p>
        </w:tc>
        <w:tc>
          <w:tcPr>
            <w:tcW w:w="1650" w:type="pct"/>
          </w:tcPr>
          <w:p w14:paraId="2481000F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इँटा (Bricks)</w:t>
            </w:r>
          </w:p>
        </w:tc>
        <w:tc>
          <w:tcPr>
            <w:tcW w:w="3060" w:type="pct"/>
          </w:tcPr>
          <w:p w14:paraId="03EC0908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स्थानीय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  <w:lang w:bidi="hi-IN"/>
              </w:rPr>
              <w:t>१ नं.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 भट्टा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वा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284F00" w:rsidRPr="00030C37" w14:paraId="7D1EFFD0" w14:textId="77777777" w:rsidTr="00F82F8A">
        <w:tc>
          <w:tcPr>
            <w:tcW w:w="290" w:type="pct"/>
          </w:tcPr>
          <w:p w14:paraId="0F6647B4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२</w:t>
            </w:r>
          </w:p>
        </w:tc>
        <w:tc>
          <w:tcPr>
            <w:tcW w:w="1650" w:type="pct"/>
          </w:tcPr>
          <w:p w14:paraId="61D98E0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सिमेन्ट (Cement)</w:t>
            </w:r>
          </w:p>
        </w:tc>
        <w:tc>
          <w:tcPr>
            <w:tcW w:w="3060" w:type="pct"/>
          </w:tcPr>
          <w:p w14:paraId="722B2B0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उदयपुर, हेटौंडा, शिवम, हिमाल वा सो सरह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</w:t>
            </w:r>
          </w:p>
        </w:tc>
      </w:tr>
      <w:tr w:rsidR="00284F00" w:rsidRPr="00030C37" w14:paraId="5B5B04BD" w14:textId="77777777" w:rsidTr="00F82F8A">
        <w:tc>
          <w:tcPr>
            <w:tcW w:w="290" w:type="pct"/>
          </w:tcPr>
          <w:p w14:paraId="2948BF08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३</w:t>
            </w:r>
          </w:p>
        </w:tc>
        <w:tc>
          <w:tcPr>
            <w:tcW w:w="1650" w:type="pct"/>
          </w:tcPr>
          <w:p w14:paraId="66D5621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बालुवा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>(Sand)</w:t>
            </w:r>
          </w:p>
        </w:tc>
        <w:tc>
          <w:tcPr>
            <w:tcW w:w="3060" w:type="pct"/>
          </w:tcPr>
          <w:p w14:paraId="23219B9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नदीजन्य सफा बालुवा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वा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284F00" w:rsidRPr="00030C37" w14:paraId="62F085C9" w14:textId="77777777" w:rsidTr="00F82F8A">
        <w:tc>
          <w:tcPr>
            <w:tcW w:w="290" w:type="pct"/>
          </w:tcPr>
          <w:p w14:paraId="4DD19D6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४</w:t>
            </w:r>
          </w:p>
        </w:tc>
        <w:tc>
          <w:tcPr>
            <w:tcW w:w="1650" w:type="pct"/>
          </w:tcPr>
          <w:p w14:paraId="7D91457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गिट्टी (Aggregates)</w:t>
            </w:r>
          </w:p>
        </w:tc>
        <w:tc>
          <w:tcPr>
            <w:tcW w:w="3060" w:type="pct"/>
          </w:tcPr>
          <w:p w14:paraId="49231BD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स्थानीय क्रसर गिट्टी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वा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284F00" w:rsidRPr="00030C37" w14:paraId="2727260F" w14:textId="77777777" w:rsidTr="00F82F8A">
        <w:tc>
          <w:tcPr>
            <w:tcW w:w="290" w:type="pct"/>
          </w:tcPr>
          <w:p w14:paraId="40495912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५</w:t>
            </w:r>
          </w:p>
        </w:tc>
        <w:tc>
          <w:tcPr>
            <w:tcW w:w="1650" w:type="pct"/>
          </w:tcPr>
          <w:p w14:paraId="58EAD457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छड 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>(Rebar)</w:t>
            </w:r>
          </w:p>
        </w:tc>
        <w:tc>
          <w:tcPr>
            <w:tcW w:w="3060" w:type="pct"/>
          </w:tcPr>
          <w:p w14:paraId="43E0EE6A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हिमाल, जगदम्बा, हुलास वा सो सरह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284F00" w:rsidRPr="00030C37" w14:paraId="6D2C3FD7" w14:textId="77777777" w:rsidTr="00F82F8A">
        <w:tc>
          <w:tcPr>
            <w:tcW w:w="290" w:type="pct"/>
          </w:tcPr>
          <w:p w14:paraId="23EBE737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६</w:t>
            </w:r>
          </w:p>
        </w:tc>
        <w:tc>
          <w:tcPr>
            <w:tcW w:w="1650" w:type="pct"/>
          </w:tcPr>
          <w:p w14:paraId="2C11F3AF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</w:rPr>
              <w:t>टंकी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 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तथा मोटर</w:t>
            </w:r>
          </w:p>
        </w:tc>
        <w:tc>
          <w:tcPr>
            <w:tcW w:w="3060" w:type="pct"/>
          </w:tcPr>
          <w:p w14:paraId="47BE5E16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Panchakanya,Asian,Supreme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>सो सरह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284F00" w:rsidRPr="00030C37" w14:paraId="29272356" w14:textId="77777777" w:rsidTr="00F82F8A">
        <w:tc>
          <w:tcPr>
            <w:tcW w:w="290" w:type="pct"/>
          </w:tcPr>
          <w:p w14:paraId="559A10BE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७</w:t>
            </w:r>
          </w:p>
        </w:tc>
        <w:tc>
          <w:tcPr>
            <w:tcW w:w="1650" w:type="pct"/>
          </w:tcPr>
          <w:p w14:paraId="128129C2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प्लम्बिङ सम्बन्धी सम्पूर्ण सामग्रीहरू</w:t>
            </w:r>
          </w:p>
        </w:tc>
        <w:tc>
          <w:tcPr>
            <w:tcW w:w="3060" w:type="pct"/>
            <w:hideMark/>
          </w:tcPr>
          <w:p w14:paraId="002BBE1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Panchakanya,Asian,Supreme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वा सो सरह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284F00" w:rsidRPr="00030C37" w14:paraId="0FD8790C" w14:textId="77777777" w:rsidTr="00F82F8A">
        <w:tc>
          <w:tcPr>
            <w:tcW w:w="290" w:type="pct"/>
            <w:hideMark/>
          </w:tcPr>
          <w:p w14:paraId="5D836492" w14:textId="131FD435" w:rsidR="00284F00" w:rsidRPr="00030C37" w:rsidRDefault="0042002F" w:rsidP="00F82F8A">
            <w:pPr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८</w:t>
            </w:r>
          </w:p>
        </w:tc>
        <w:tc>
          <w:tcPr>
            <w:tcW w:w="1650" w:type="pct"/>
          </w:tcPr>
          <w:p w14:paraId="14B62476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cs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टायल्स - वाल/फ्लोरिङ</w:t>
            </w:r>
          </w:p>
        </w:tc>
        <w:tc>
          <w:tcPr>
            <w:tcW w:w="3060" w:type="pct"/>
            <w:hideMark/>
          </w:tcPr>
          <w:p w14:paraId="2AA17A2A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Kajaria, Somany, Asian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वा सो सरह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  <w:tr w:rsidR="0042002F" w:rsidRPr="00030C37" w14:paraId="209C57CF" w14:textId="77777777" w:rsidTr="00F82F8A">
        <w:tc>
          <w:tcPr>
            <w:tcW w:w="290" w:type="pct"/>
          </w:tcPr>
          <w:p w14:paraId="2D86A61C" w14:textId="471CAD9A" w:rsidR="0042002F" w:rsidRPr="00030C37" w:rsidRDefault="0042002F" w:rsidP="00F82F8A">
            <w:pPr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९</w:t>
            </w:r>
          </w:p>
        </w:tc>
        <w:tc>
          <w:tcPr>
            <w:tcW w:w="1650" w:type="pct"/>
          </w:tcPr>
          <w:p w14:paraId="219F5631" w14:textId="437F310A" w:rsidR="0042002F" w:rsidRPr="00030C37" w:rsidRDefault="0042002F" w:rsidP="00F82F8A">
            <w:pPr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अन्य आवश्यक निर्माण सामग्री </w:t>
            </w:r>
          </w:p>
        </w:tc>
        <w:tc>
          <w:tcPr>
            <w:tcW w:w="3060" w:type="pct"/>
          </w:tcPr>
          <w:p w14:paraId="78BA5D5B" w14:textId="792813DE" w:rsidR="0042002F" w:rsidRPr="00030C37" w:rsidRDefault="0042002F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मान्यताप्राप्त गुणस्तर</w:t>
            </w:r>
          </w:p>
        </w:tc>
      </w:tr>
    </w:tbl>
    <w:p w14:paraId="200E0FBE" w14:textId="77777777" w:rsidR="00284F00" w:rsidRPr="00030C37" w:rsidRDefault="00284F00" w:rsidP="00E63387">
      <w:pPr>
        <w:spacing w:after="0" w:line="240" w:lineRule="auto"/>
        <w:rPr>
          <w:rFonts w:ascii="Kalimati" w:hAnsi="Kalimati" w:cs="Kalimati"/>
          <w:color w:val="auto"/>
          <w:sz w:val="18"/>
          <w:szCs w:val="18"/>
          <w:lang w:bidi="ne-NP"/>
        </w:rPr>
      </w:pPr>
    </w:p>
    <w:p w14:paraId="2BE3D094" w14:textId="08C2308C" w:rsidR="00F35AB5" w:rsidRPr="00030C37" w:rsidRDefault="007A0EA6" w:rsidP="00E63387">
      <w:pPr>
        <w:keepNext/>
        <w:spacing w:after="0" w:line="240" w:lineRule="auto"/>
        <w:rPr>
          <w:rFonts w:ascii="Kalimati" w:hAnsi="Kalimati" w:cs="Kalimati"/>
          <w:bCs/>
          <w:color w:val="auto"/>
          <w:sz w:val="18"/>
          <w:szCs w:val="18"/>
          <w:lang w:bidi="ne-NP"/>
        </w:rPr>
      </w:pPr>
      <w:r w:rsidRPr="00030C37">
        <w:rPr>
          <w:rFonts w:ascii="Kalimati" w:hAnsi="Kalimati" w:cs="Kalimati" w:hint="cs"/>
          <w:bCs/>
          <w:color w:val="auto"/>
          <w:sz w:val="18"/>
          <w:szCs w:val="18"/>
          <w:cs/>
          <w:lang w:bidi="ne-NP"/>
        </w:rPr>
        <w:lastRenderedPageBreak/>
        <w:t>६</w:t>
      </w:r>
      <w:r w:rsidRPr="00030C37">
        <w:rPr>
          <w:rFonts w:ascii="Kalimati" w:hAnsi="Kalimati" w:cs="Kalimati" w:hint="cs"/>
          <w:bCs/>
          <w:color w:val="auto"/>
          <w:sz w:val="18"/>
          <w:szCs w:val="18"/>
        </w:rPr>
        <w:t xml:space="preserve">. </w:t>
      </w:r>
      <w:r w:rsidR="00276608">
        <w:rPr>
          <w:rFonts w:ascii="Kalimati" w:hAnsi="Kalimati" w:cs="Kalimati" w:hint="cs"/>
          <w:bCs/>
          <w:color w:val="auto"/>
          <w:sz w:val="18"/>
          <w:szCs w:val="18"/>
          <w:cs/>
          <w:lang w:bidi="ne-NP"/>
        </w:rPr>
        <w:t>दरभाउपत्र</w:t>
      </w:r>
      <w:r w:rsidR="00CD12E2" w:rsidRPr="00030C37">
        <w:rPr>
          <w:rFonts w:ascii="Kalimati" w:hAnsi="Kalimati" w:cs="Kalimati" w:hint="cs"/>
          <w:bCs/>
          <w:color w:val="auto"/>
          <w:sz w:val="18"/>
          <w:szCs w:val="18"/>
          <w:cs/>
          <w:lang w:bidi="ne-NP"/>
        </w:rPr>
        <w:t xml:space="preserve"> </w:t>
      </w:r>
      <w:r w:rsidRPr="00030C37">
        <w:rPr>
          <w:rFonts w:ascii="Kalimati" w:hAnsi="Kalimati" w:cs="Kalimati" w:hint="cs"/>
          <w:b/>
          <w:color w:val="auto"/>
          <w:sz w:val="18"/>
          <w:szCs w:val="18"/>
        </w:rPr>
        <w:t xml:space="preserve">दररेट लागत </w:t>
      </w:r>
      <w:r w:rsidR="00CD12E2" w:rsidRPr="00030C37">
        <w:rPr>
          <w:rFonts w:ascii="Kalimati" w:hAnsi="Kalimati" w:cs="Kalimati" w:hint="cs"/>
          <w:bCs/>
          <w:color w:val="auto"/>
          <w:sz w:val="18"/>
          <w:szCs w:val="18"/>
          <w:cs/>
          <w:lang w:bidi="ne-NP"/>
        </w:rPr>
        <w:t>विवरण</w:t>
      </w:r>
    </w:p>
    <w:tbl>
      <w:tblPr>
        <w:tblStyle w:val="TableGrid1"/>
        <w:tblW w:w="5074" w:type="pct"/>
        <w:tblLook w:val="04A0" w:firstRow="1" w:lastRow="0" w:firstColumn="1" w:lastColumn="0" w:noHBand="0" w:noVBand="1"/>
      </w:tblPr>
      <w:tblGrid>
        <w:gridCol w:w="667"/>
        <w:gridCol w:w="5628"/>
        <w:gridCol w:w="1261"/>
        <w:gridCol w:w="2324"/>
      </w:tblGrid>
      <w:tr w:rsidR="00284F00" w:rsidRPr="00030C37" w14:paraId="765415F0" w14:textId="77777777" w:rsidTr="00030C37">
        <w:trPr>
          <w:trHeight w:val="360"/>
        </w:trPr>
        <w:tc>
          <w:tcPr>
            <w:tcW w:w="338" w:type="pct"/>
            <w:hideMark/>
          </w:tcPr>
          <w:p w14:paraId="0576E5F0" w14:textId="77777777" w:rsidR="00284F00" w:rsidRPr="00030C37" w:rsidRDefault="00284F00" w:rsidP="00F82F8A">
            <w:pPr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क्र.सं.</w:t>
            </w:r>
          </w:p>
        </w:tc>
        <w:tc>
          <w:tcPr>
            <w:tcW w:w="2848" w:type="pct"/>
            <w:hideMark/>
          </w:tcPr>
          <w:p w14:paraId="3D5FE195" w14:textId="77777777" w:rsidR="00284F00" w:rsidRPr="00030C37" w:rsidRDefault="00284F00" w:rsidP="00F82F8A">
            <w:pPr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निर्माण कार्यको विवरण</w:t>
            </w:r>
          </w:p>
        </w:tc>
        <w:tc>
          <w:tcPr>
            <w:tcW w:w="638" w:type="pct"/>
            <w:hideMark/>
          </w:tcPr>
          <w:p w14:paraId="225DF037" w14:textId="77777777" w:rsidR="00284F00" w:rsidRPr="00030C37" w:rsidRDefault="00284F00" w:rsidP="00F82F8A">
            <w:pPr>
              <w:rPr>
                <w:rFonts w:ascii="Kalimati" w:hAnsi="Kalimati" w:cs="Kalimati"/>
                <w:b/>
                <w:bCs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एकाइ</w:t>
            </w:r>
          </w:p>
        </w:tc>
        <w:tc>
          <w:tcPr>
            <w:tcW w:w="1176" w:type="pct"/>
            <w:hideMark/>
          </w:tcPr>
          <w:p w14:paraId="08D534B7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b/>
                <w:bCs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b/>
                <w:bCs/>
                <w:sz w:val="18"/>
                <w:szCs w:val="18"/>
                <w:cs/>
                <w:lang w:bidi="ne-NP"/>
              </w:rPr>
              <w:t>रकम</w:t>
            </w:r>
          </w:p>
        </w:tc>
      </w:tr>
      <w:tr w:rsidR="00284F00" w:rsidRPr="00030C37" w14:paraId="6808E4C5" w14:textId="77777777" w:rsidTr="00030C37">
        <w:trPr>
          <w:trHeight w:val="360"/>
        </w:trPr>
        <w:tc>
          <w:tcPr>
            <w:tcW w:w="338" w:type="pct"/>
            <w:hideMark/>
          </w:tcPr>
          <w:p w14:paraId="12DA80A4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cs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१.</w:t>
            </w:r>
          </w:p>
        </w:tc>
        <w:tc>
          <w:tcPr>
            <w:tcW w:w="2848" w:type="pct"/>
            <w:hideMark/>
          </w:tcPr>
          <w:p w14:paraId="6385CF25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जग तथा सेप्टिक ट्याङ्कीका लागि माटो खन्ने कार्य</w:t>
            </w:r>
          </w:p>
        </w:tc>
        <w:tc>
          <w:tcPr>
            <w:tcW w:w="638" w:type="pct"/>
            <w:hideMark/>
          </w:tcPr>
          <w:p w14:paraId="1F68A7C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घनमिटर</w:t>
            </w:r>
          </w:p>
        </w:tc>
        <w:tc>
          <w:tcPr>
            <w:tcW w:w="1176" w:type="pct"/>
            <w:hideMark/>
          </w:tcPr>
          <w:p w14:paraId="0CF9D91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122FB666" w14:textId="77777777" w:rsidTr="00030C37">
        <w:trPr>
          <w:trHeight w:val="360"/>
        </w:trPr>
        <w:tc>
          <w:tcPr>
            <w:tcW w:w="338" w:type="pct"/>
            <w:hideMark/>
          </w:tcPr>
          <w:p w14:paraId="383D4EFB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२.</w:t>
            </w:r>
          </w:p>
        </w:tc>
        <w:tc>
          <w:tcPr>
            <w:tcW w:w="2848" w:type="pct"/>
            <w:hideMark/>
          </w:tcPr>
          <w:p w14:paraId="230BBED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इँटा सोलिङ कार्य</w:t>
            </w:r>
          </w:p>
        </w:tc>
        <w:tc>
          <w:tcPr>
            <w:tcW w:w="638" w:type="pct"/>
            <w:hideMark/>
          </w:tcPr>
          <w:p w14:paraId="14A5E94C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3BF3C74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71F41D68" w14:textId="77777777" w:rsidTr="00030C37">
        <w:trPr>
          <w:trHeight w:val="360"/>
        </w:trPr>
        <w:tc>
          <w:tcPr>
            <w:tcW w:w="338" w:type="pct"/>
            <w:hideMark/>
          </w:tcPr>
          <w:p w14:paraId="4B7519DB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३.</w:t>
            </w:r>
          </w:p>
        </w:tc>
        <w:tc>
          <w:tcPr>
            <w:tcW w:w="2848" w:type="pct"/>
            <w:hideMark/>
          </w:tcPr>
          <w:p w14:paraId="666DC63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PCC M10 (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१:३:६) कार्य</w:t>
            </w:r>
          </w:p>
        </w:tc>
        <w:tc>
          <w:tcPr>
            <w:tcW w:w="638" w:type="pct"/>
            <w:hideMark/>
          </w:tcPr>
          <w:p w14:paraId="1C5B10A4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घनमिटर</w:t>
            </w:r>
          </w:p>
        </w:tc>
        <w:tc>
          <w:tcPr>
            <w:tcW w:w="1176" w:type="pct"/>
            <w:hideMark/>
          </w:tcPr>
          <w:p w14:paraId="6C9A2E6E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2DB8D7D2" w14:textId="77777777" w:rsidTr="00030C37">
        <w:trPr>
          <w:trHeight w:val="360"/>
        </w:trPr>
        <w:tc>
          <w:tcPr>
            <w:tcW w:w="338" w:type="pct"/>
            <w:hideMark/>
          </w:tcPr>
          <w:p w14:paraId="3D190AE7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४.</w:t>
            </w:r>
          </w:p>
        </w:tc>
        <w:tc>
          <w:tcPr>
            <w:tcW w:w="2848" w:type="pct"/>
            <w:hideMark/>
          </w:tcPr>
          <w:p w14:paraId="04C41DF5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RCC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का लागि 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>PCC M20 (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१:१.५:३) कार्य</w:t>
            </w:r>
          </w:p>
        </w:tc>
        <w:tc>
          <w:tcPr>
            <w:tcW w:w="638" w:type="pct"/>
            <w:hideMark/>
          </w:tcPr>
          <w:p w14:paraId="72BDF1E7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घनमिटर</w:t>
            </w:r>
          </w:p>
        </w:tc>
        <w:tc>
          <w:tcPr>
            <w:tcW w:w="1176" w:type="pct"/>
            <w:hideMark/>
          </w:tcPr>
          <w:p w14:paraId="7BF62A11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78E60662" w14:textId="77777777" w:rsidTr="00030C37">
        <w:trPr>
          <w:trHeight w:val="360"/>
        </w:trPr>
        <w:tc>
          <w:tcPr>
            <w:tcW w:w="338" w:type="pct"/>
            <w:hideMark/>
          </w:tcPr>
          <w:p w14:paraId="273C60B1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५.</w:t>
            </w:r>
          </w:p>
        </w:tc>
        <w:tc>
          <w:tcPr>
            <w:tcW w:w="2848" w:type="pct"/>
            <w:hideMark/>
          </w:tcPr>
          <w:p w14:paraId="52563221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RCC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कार्यका लागि स्टिल रिइन्फोर्समेन्ट काट्ने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मोड्ने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बाँध्ने तथा राख्ने</w:t>
            </w:r>
          </w:p>
        </w:tc>
        <w:tc>
          <w:tcPr>
            <w:tcW w:w="638" w:type="pct"/>
            <w:hideMark/>
          </w:tcPr>
          <w:p w14:paraId="4FCDEEEF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किलोग्राम</w:t>
            </w:r>
          </w:p>
        </w:tc>
        <w:tc>
          <w:tcPr>
            <w:tcW w:w="1176" w:type="pct"/>
            <w:hideMark/>
          </w:tcPr>
          <w:p w14:paraId="2A542396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590F9EDF" w14:textId="77777777" w:rsidTr="00030C37">
        <w:trPr>
          <w:trHeight w:val="360"/>
        </w:trPr>
        <w:tc>
          <w:tcPr>
            <w:tcW w:w="338" w:type="pct"/>
            <w:hideMark/>
          </w:tcPr>
          <w:p w14:paraId="2B8FD616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६.</w:t>
            </w:r>
          </w:p>
        </w:tc>
        <w:tc>
          <w:tcPr>
            <w:tcW w:w="2848" w:type="pct"/>
            <w:hideMark/>
          </w:tcPr>
          <w:p w14:paraId="4814E6D4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फर्मवर्क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सटरिङ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सेन्टरिङ तथा हटाउने कार्य</w:t>
            </w:r>
          </w:p>
        </w:tc>
        <w:tc>
          <w:tcPr>
            <w:tcW w:w="638" w:type="pct"/>
            <w:hideMark/>
          </w:tcPr>
          <w:p w14:paraId="64E82EE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3A5B3BB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31FAAD4C" w14:textId="77777777" w:rsidTr="00030C37">
        <w:trPr>
          <w:trHeight w:val="360"/>
        </w:trPr>
        <w:tc>
          <w:tcPr>
            <w:tcW w:w="338" w:type="pct"/>
            <w:hideMark/>
          </w:tcPr>
          <w:p w14:paraId="474EA95A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७.</w:t>
            </w:r>
          </w:p>
        </w:tc>
        <w:tc>
          <w:tcPr>
            <w:tcW w:w="2848" w:type="pct"/>
            <w:hideMark/>
          </w:tcPr>
          <w:p w14:paraId="2FC3C174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प्रथम श्रेणी इँटा गारो (१:६ सिमेन्ट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।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बालुवा मसला)</w:t>
            </w:r>
          </w:p>
        </w:tc>
        <w:tc>
          <w:tcPr>
            <w:tcW w:w="638" w:type="pct"/>
            <w:hideMark/>
          </w:tcPr>
          <w:p w14:paraId="03E15E3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घनमिटर</w:t>
            </w:r>
          </w:p>
        </w:tc>
        <w:tc>
          <w:tcPr>
            <w:tcW w:w="1176" w:type="pct"/>
            <w:hideMark/>
          </w:tcPr>
          <w:p w14:paraId="77E89DC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4FDBC2A2" w14:textId="77777777" w:rsidTr="00030C37">
        <w:trPr>
          <w:trHeight w:val="360"/>
        </w:trPr>
        <w:tc>
          <w:tcPr>
            <w:tcW w:w="338" w:type="pct"/>
            <w:hideMark/>
          </w:tcPr>
          <w:p w14:paraId="78D6FEC5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८.</w:t>
            </w:r>
          </w:p>
        </w:tc>
        <w:tc>
          <w:tcPr>
            <w:tcW w:w="2848" w:type="pct"/>
            <w:hideMark/>
          </w:tcPr>
          <w:p w14:paraId="6AF8B45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माटो भराइ कार्य</w:t>
            </w:r>
          </w:p>
        </w:tc>
        <w:tc>
          <w:tcPr>
            <w:tcW w:w="638" w:type="pct"/>
            <w:hideMark/>
          </w:tcPr>
          <w:p w14:paraId="622A5EDE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घनमिटर</w:t>
            </w:r>
          </w:p>
        </w:tc>
        <w:tc>
          <w:tcPr>
            <w:tcW w:w="1176" w:type="pct"/>
            <w:hideMark/>
          </w:tcPr>
          <w:p w14:paraId="0E864397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1A8D469A" w14:textId="77777777" w:rsidTr="00030C37">
        <w:trPr>
          <w:trHeight w:val="360"/>
        </w:trPr>
        <w:tc>
          <w:tcPr>
            <w:tcW w:w="338" w:type="pct"/>
            <w:hideMark/>
          </w:tcPr>
          <w:p w14:paraId="3CC6A555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९.</w:t>
            </w:r>
          </w:p>
        </w:tc>
        <w:tc>
          <w:tcPr>
            <w:tcW w:w="2848" w:type="pct"/>
            <w:hideMark/>
          </w:tcPr>
          <w:p w14:paraId="2BC1779C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भित्तामा १२.५ मि.मि. बाक्लो सिमेन्ट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।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बालुवा प्लास्टर १:६</w:t>
            </w:r>
          </w:p>
        </w:tc>
        <w:tc>
          <w:tcPr>
            <w:tcW w:w="638" w:type="pct"/>
            <w:hideMark/>
          </w:tcPr>
          <w:p w14:paraId="38166B52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4F2005D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3E3760AF" w14:textId="77777777" w:rsidTr="00030C37">
        <w:trPr>
          <w:trHeight w:val="360"/>
        </w:trPr>
        <w:tc>
          <w:tcPr>
            <w:tcW w:w="338" w:type="pct"/>
            <w:hideMark/>
          </w:tcPr>
          <w:p w14:paraId="38DA4395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१०.</w:t>
            </w:r>
          </w:p>
        </w:tc>
        <w:tc>
          <w:tcPr>
            <w:tcW w:w="2848" w:type="pct"/>
            <w:hideMark/>
          </w:tcPr>
          <w:p w14:paraId="285F8977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छतमा १२.५ मि.मि. बाक्लो सिमेन्ट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।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बालुवा प्लास्टर १:४</w:t>
            </w:r>
          </w:p>
        </w:tc>
        <w:tc>
          <w:tcPr>
            <w:tcW w:w="638" w:type="pct"/>
            <w:hideMark/>
          </w:tcPr>
          <w:p w14:paraId="74296801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7387DD08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31539A8A" w14:textId="77777777" w:rsidTr="00030C37">
        <w:trPr>
          <w:trHeight w:val="360"/>
        </w:trPr>
        <w:tc>
          <w:tcPr>
            <w:tcW w:w="338" w:type="pct"/>
            <w:hideMark/>
          </w:tcPr>
          <w:p w14:paraId="6D84FF40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१.</w:t>
            </w:r>
          </w:p>
        </w:tc>
        <w:tc>
          <w:tcPr>
            <w:tcW w:w="2848" w:type="pct"/>
            <w:hideMark/>
          </w:tcPr>
          <w:p w14:paraId="224126C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३ मि.मि. बाक्लो सिमेन्ट फ्लसिङ प्लास्टर</w:t>
            </w:r>
          </w:p>
        </w:tc>
        <w:tc>
          <w:tcPr>
            <w:tcW w:w="638" w:type="pct"/>
            <w:hideMark/>
          </w:tcPr>
          <w:p w14:paraId="387847D3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79684CB4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5FE729EA" w14:textId="77777777" w:rsidTr="00030C37">
        <w:trPr>
          <w:trHeight w:val="360"/>
        </w:trPr>
        <w:tc>
          <w:tcPr>
            <w:tcW w:w="338" w:type="pct"/>
            <w:hideMark/>
          </w:tcPr>
          <w:p w14:paraId="6F5C716D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२.</w:t>
            </w:r>
          </w:p>
        </w:tc>
        <w:tc>
          <w:tcPr>
            <w:tcW w:w="2848" w:type="pct"/>
            <w:hideMark/>
          </w:tcPr>
          <w:p w14:paraId="487865DF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फ्रेम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ग्याल्भनाइज्ड रिइन्फोर्समेन्ट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रबर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लक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५ मि.मि. ग्लास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,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सिलिकन र फिटिङसहित 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UPVC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ढोका</w:t>
            </w:r>
          </w:p>
        </w:tc>
        <w:tc>
          <w:tcPr>
            <w:tcW w:w="638" w:type="pct"/>
            <w:hideMark/>
          </w:tcPr>
          <w:p w14:paraId="4DE8FED7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7E856E58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2EE4846E" w14:textId="77777777" w:rsidTr="00030C37">
        <w:trPr>
          <w:trHeight w:val="360"/>
        </w:trPr>
        <w:tc>
          <w:tcPr>
            <w:tcW w:w="338" w:type="pct"/>
            <w:hideMark/>
          </w:tcPr>
          <w:p w14:paraId="423FF144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३.</w:t>
            </w:r>
          </w:p>
        </w:tc>
        <w:tc>
          <w:tcPr>
            <w:tcW w:w="2848" w:type="pct"/>
            <w:hideMark/>
          </w:tcPr>
          <w:p w14:paraId="2A178FD4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एक पिस कमोड (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>EWC)</w:t>
            </w:r>
          </w:p>
        </w:tc>
        <w:tc>
          <w:tcPr>
            <w:tcW w:w="638" w:type="pct"/>
            <w:hideMark/>
          </w:tcPr>
          <w:p w14:paraId="64F56E7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गोटा</w:t>
            </w:r>
          </w:p>
        </w:tc>
        <w:tc>
          <w:tcPr>
            <w:tcW w:w="1176" w:type="pct"/>
            <w:hideMark/>
          </w:tcPr>
          <w:p w14:paraId="369C8D46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05B0E5BF" w14:textId="77777777" w:rsidTr="00030C37">
        <w:trPr>
          <w:trHeight w:val="360"/>
        </w:trPr>
        <w:tc>
          <w:tcPr>
            <w:tcW w:w="338" w:type="pct"/>
            <w:hideMark/>
          </w:tcPr>
          <w:p w14:paraId="0FB94D2D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४.</w:t>
            </w:r>
          </w:p>
        </w:tc>
        <w:tc>
          <w:tcPr>
            <w:tcW w:w="2848" w:type="pct"/>
            <w:hideMark/>
          </w:tcPr>
          <w:p w14:paraId="52D26953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लो-लेभल पोर्सिलेन फ्लसिङ सिस्टर्न</w:t>
            </w:r>
          </w:p>
        </w:tc>
        <w:tc>
          <w:tcPr>
            <w:tcW w:w="638" w:type="pct"/>
            <w:hideMark/>
          </w:tcPr>
          <w:p w14:paraId="6D1F74E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गोटा</w:t>
            </w:r>
          </w:p>
        </w:tc>
        <w:tc>
          <w:tcPr>
            <w:tcW w:w="1176" w:type="pct"/>
            <w:hideMark/>
          </w:tcPr>
          <w:p w14:paraId="6AD4EDBA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26A22172" w14:textId="77777777" w:rsidTr="00030C37">
        <w:trPr>
          <w:trHeight w:val="360"/>
        </w:trPr>
        <w:tc>
          <w:tcPr>
            <w:tcW w:w="338" w:type="pct"/>
            <w:hideMark/>
          </w:tcPr>
          <w:p w14:paraId="6E6A7686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५.</w:t>
            </w:r>
          </w:p>
        </w:tc>
        <w:tc>
          <w:tcPr>
            <w:tcW w:w="2848" w:type="pct"/>
            <w:hideMark/>
          </w:tcPr>
          <w:p w14:paraId="0551DDF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 xml:space="preserve">साइफन र फुटरेस्टसहित १८ इन्च 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 xml:space="preserve">WC 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प्यान</w:t>
            </w:r>
          </w:p>
        </w:tc>
        <w:tc>
          <w:tcPr>
            <w:tcW w:w="638" w:type="pct"/>
            <w:hideMark/>
          </w:tcPr>
          <w:p w14:paraId="30BD9DD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गोटा</w:t>
            </w:r>
          </w:p>
        </w:tc>
        <w:tc>
          <w:tcPr>
            <w:tcW w:w="1176" w:type="pct"/>
            <w:hideMark/>
          </w:tcPr>
          <w:p w14:paraId="755DB2D2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33779A55" w14:textId="77777777" w:rsidTr="00030C37">
        <w:trPr>
          <w:trHeight w:val="360"/>
        </w:trPr>
        <w:tc>
          <w:tcPr>
            <w:tcW w:w="338" w:type="pct"/>
            <w:hideMark/>
          </w:tcPr>
          <w:p w14:paraId="34E9CF55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६.</w:t>
            </w:r>
          </w:p>
        </w:tc>
        <w:tc>
          <w:tcPr>
            <w:tcW w:w="2848" w:type="pct"/>
            <w:hideMark/>
          </w:tcPr>
          <w:p w14:paraId="08C3BD35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पोर्सिलेन ग्लेज्ड वास बेसिन (५००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।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४०० मि.मि.)</w:t>
            </w:r>
          </w:p>
        </w:tc>
        <w:tc>
          <w:tcPr>
            <w:tcW w:w="638" w:type="pct"/>
            <w:hideMark/>
          </w:tcPr>
          <w:p w14:paraId="583E5F1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गोटा</w:t>
            </w:r>
          </w:p>
        </w:tc>
        <w:tc>
          <w:tcPr>
            <w:tcW w:w="1176" w:type="pct"/>
            <w:hideMark/>
          </w:tcPr>
          <w:p w14:paraId="6BD3B29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2E5ED047" w14:textId="77777777" w:rsidTr="00030C37">
        <w:trPr>
          <w:trHeight w:val="360"/>
        </w:trPr>
        <w:tc>
          <w:tcPr>
            <w:tcW w:w="338" w:type="pct"/>
            <w:hideMark/>
          </w:tcPr>
          <w:p w14:paraId="0E68875F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१७.</w:t>
            </w:r>
          </w:p>
        </w:tc>
        <w:tc>
          <w:tcPr>
            <w:tcW w:w="2848" w:type="pct"/>
            <w:hideMark/>
          </w:tcPr>
          <w:p w14:paraId="5B1E0ED8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/>
                <w:sz w:val="18"/>
                <w:szCs w:val="18"/>
              </w:rPr>
              <w:t>,</w:t>
            </w: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००० लिटर प्लास्टिक पानी ट्याङ्की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 xml:space="preserve"> र मोटर</w:t>
            </w:r>
          </w:p>
        </w:tc>
        <w:tc>
          <w:tcPr>
            <w:tcW w:w="638" w:type="pct"/>
            <w:hideMark/>
          </w:tcPr>
          <w:p w14:paraId="2B2C4B5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लिटर</w:t>
            </w:r>
          </w:p>
        </w:tc>
        <w:tc>
          <w:tcPr>
            <w:tcW w:w="1176" w:type="pct"/>
            <w:hideMark/>
          </w:tcPr>
          <w:p w14:paraId="5D52038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24CA0CF8" w14:textId="77777777" w:rsidTr="00030C37">
        <w:trPr>
          <w:trHeight w:val="360"/>
        </w:trPr>
        <w:tc>
          <w:tcPr>
            <w:tcW w:w="338" w:type="pct"/>
            <w:hideMark/>
          </w:tcPr>
          <w:p w14:paraId="0668F309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१८.</w:t>
            </w:r>
          </w:p>
        </w:tc>
        <w:tc>
          <w:tcPr>
            <w:tcW w:w="2848" w:type="pct"/>
            <w:hideMark/>
          </w:tcPr>
          <w:p w14:paraId="03405F70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विद्युतीय तथा अन्य फिटिङ सामग्री</w:t>
            </w:r>
          </w:p>
        </w:tc>
        <w:tc>
          <w:tcPr>
            <w:tcW w:w="638" w:type="pct"/>
            <w:hideMark/>
          </w:tcPr>
          <w:p w14:paraId="579A03E2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</w:rPr>
              <w:t>PS</w:t>
            </w:r>
          </w:p>
        </w:tc>
        <w:tc>
          <w:tcPr>
            <w:tcW w:w="1176" w:type="pct"/>
            <w:hideMark/>
          </w:tcPr>
          <w:p w14:paraId="4A93D7C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1814462D" w14:textId="77777777" w:rsidTr="00030C37">
        <w:trPr>
          <w:trHeight w:val="360"/>
        </w:trPr>
        <w:tc>
          <w:tcPr>
            <w:tcW w:w="338" w:type="pct"/>
            <w:hideMark/>
          </w:tcPr>
          <w:p w14:paraId="76603C7D" w14:textId="77777777" w:rsidR="00284F00" w:rsidRPr="00030C37" w:rsidRDefault="00284F00" w:rsidP="00F82F8A">
            <w:pPr>
              <w:jc w:val="center"/>
              <w:rPr>
                <w:rFonts w:ascii="Kalimati" w:hAnsi="Kalimati" w:cs="Kalimati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१</w:t>
            </w:r>
            <w:r w:rsidRPr="00030C37">
              <w:rPr>
                <w:rFonts w:ascii="Kalimati" w:hAnsi="Kalimati" w:cs="Kalimati" w:hint="cs"/>
                <w:sz w:val="18"/>
                <w:szCs w:val="18"/>
                <w:cs/>
                <w:lang w:bidi="ne-NP"/>
              </w:rPr>
              <w:t>९</w:t>
            </w:r>
          </w:p>
        </w:tc>
        <w:tc>
          <w:tcPr>
            <w:tcW w:w="2848" w:type="pct"/>
            <w:hideMark/>
          </w:tcPr>
          <w:p w14:paraId="64FD82AA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प्राइमरमाथि एक कोट प्लास्टिक इमल्सन पेन्ट</w:t>
            </w:r>
          </w:p>
        </w:tc>
        <w:tc>
          <w:tcPr>
            <w:tcW w:w="638" w:type="pct"/>
            <w:hideMark/>
          </w:tcPr>
          <w:p w14:paraId="6C8AAC51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sz w:val="18"/>
                <w:szCs w:val="18"/>
                <w:cs/>
              </w:rPr>
              <w:t>वर्गमिटर</w:t>
            </w:r>
          </w:p>
        </w:tc>
        <w:tc>
          <w:tcPr>
            <w:tcW w:w="1176" w:type="pct"/>
            <w:hideMark/>
          </w:tcPr>
          <w:p w14:paraId="1F01833C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741FEB83" w14:textId="77777777" w:rsidTr="00030C37">
        <w:trPr>
          <w:trHeight w:val="360"/>
        </w:trPr>
        <w:tc>
          <w:tcPr>
            <w:tcW w:w="3186" w:type="pct"/>
            <w:gridSpan w:val="2"/>
            <w:hideMark/>
          </w:tcPr>
          <w:p w14:paraId="5CD4FAB9" w14:textId="77777777" w:rsidR="00284F00" w:rsidRPr="00030C37" w:rsidRDefault="00284F00" w:rsidP="00030C37">
            <w:pPr>
              <w:jc w:val="right"/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कुल निर्माण लागत</w:t>
            </w:r>
          </w:p>
        </w:tc>
        <w:tc>
          <w:tcPr>
            <w:tcW w:w="638" w:type="pct"/>
            <w:hideMark/>
          </w:tcPr>
          <w:p w14:paraId="71A364E5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176" w:type="pct"/>
            <w:hideMark/>
          </w:tcPr>
          <w:p w14:paraId="24628F4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7C80F9E3" w14:textId="77777777" w:rsidTr="00030C37">
        <w:trPr>
          <w:trHeight w:val="360"/>
        </w:trPr>
        <w:tc>
          <w:tcPr>
            <w:tcW w:w="3186" w:type="pct"/>
            <w:gridSpan w:val="2"/>
            <w:hideMark/>
          </w:tcPr>
          <w:p w14:paraId="079AF46F" w14:textId="77777777" w:rsidR="00284F00" w:rsidRPr="00030C37" w:rsidRDefault="00284F00" w:rsidP="00030C37">
            <w:pPr>
              <w:jc w:val="right"/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</w:rPr>
              <w:t xml:space="preserve">VAT </w:t>
            </w: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१३%</w:t>
            </w:r>
          </w:p>
        </w:tc>
        <w:tc>
          <w:tcPr>
            <w:tcW w:w="638" w:type="pct"/>
            <w:hideMark/>
          </w:tcPr>
          <w:p w14:paraId="5E9FF2E8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176" w:type="pct"/>
            <w:hideMark/>
          </w:tcPr>
          <w:p w14:paraId="39368B0B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  <w:tr w:rsidR="00284F00" w:rsidRPr="00030C37" w14:paraId="4C77CEED" w14:textId="77777777" w:rsidTr="00030C37">
        <w:trPr>
          <w:trHeight w:val="360"/>
        </w:trPr>
        <w:tc>
          <w:tcPr>
            <w:tcW w:w="3186" w:type="pct"/>
            <w:gridSpan w:val="2"/>
            <w:hideMark/>
          </w:tcPr>
          <w:p w14:paraId="7AFF71F2" w14:textId="77777777" w:rsidR="00284F00" w:rsidRPr="00030C37" w:rsidRDefault="00284F00" w:rsidP="00030C37">
            <w:pPr>
              <w:jc w:val="right"/>
              <w:rPr>
                <w:rFonts w:ascii="Kalimati" w:hAnsi="Kalimati" w:cs="Kalimati"/>
                <w:sz w:val="18"/>
                <w:szCs w:val="18"/>
              </w:rPr>
            </w:pP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</w:rPr>
              <w:t xml:space="preserve">VAT </w:t>
            </w:r>
            <w:r w:rsidRPr="00030C37">
              <w:rPr>
                <w:rFonts w:ascii="Kalimati" w:hAnsi="Kalimati" w:cs="Kalimati"/>
                <w:b/>
                <w:bCs/>
                <w:sz w:val="18"/>
                <w:szCs w:val="18"/>
                <w:cs/>
              </w:rPr>
              <w:t>सहित कुल जम्मा रकम</w:t>
            </w:r>
          </w:p>
        </w:tc>
        <w:tc>
          <w:tcPr>
            <w:tcW w:w="638" w:type="pct"/>
            <w:hideMark/>
          </w:tcPr>
          <w:p w14:paraId="34C3541D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  <w:tc>
          <w:tcPr>
            <w:tcW w:w="1176" w:type="pct"/>
            <w:hideMark/>
          </w:tcPr>
          <w:p w14:paraId="447EB879" w14:textId="77777777" w:rsidR="00284F00" w:rsidRPr="00030C37" w:rsidRDefault="00284F00" w:rsidP="00F82F8A">
            <w:pPr>
              <w:rPr>
                <w:rFonts w:ascii="Kalimati" w:hAnsi="Kalimati" w:cs="Kalimati"/>
                <w:sz w:val="18"/>
                <w:szCs w:val="18"/>
              </w:rPr>
            </w:pPr>
          </w:p>
        </w:tc>
      </w:tr>
    </w:tbl>
    <w:p w14:paraId="3261BCE0" w14:textId="6F6AFFCC" w:rsidR="001B42EA" w:rsidRPr="00030C37" w:rsidRDefault="007A0EA6" w:rsidP="00E63387">
      <w:pPr>
        <w:spacing w:after="0"/>
        <w:rPr>
          <w:rFonts w:ascii="Kalimati" w:hAnsi="Kalimati" w:cs="Kalimati"/>
          <w:color w:val="auto"/>
          <w:kern w:val="2"/>
          <w:sz w:val="18"/>
          <w:szCs w:val="18"/>
          <w14:ligatures w14:val="standardContextual"/>
        </w:rPr>
      </w:pPr>
      <w:r w:rsidRPr="00030C37">
        <w:rPr>
          <w:rFonts w:ascii="Kalimati" w:hAnsi="Kalimati" w:cs="Kalimati" w:hint="cs"/>
          <w:b/>
          <w:bCs/>
          <w:color w:val="auto"/>
          <w:sz w:val="18"/>
          <w:szCs w:val="18"/>
          <w:cs/>
          <w:lang w:bidi="ne-NP"/>
        </w:rPr>
        <w:t>७</w:t>
      </w:r>
      <w:r w:rsidR="001B42EA" w:rsidRPr="00030C37">
        <w:rPr>
          <w:rFonts w:ascii="Kalimati" w:hAnsi="Kalimati" w:cs="Kalimati"/>
          <w:b/>
          <w:bCs/>
          <w:color w:val="auto"/>
          <w:sz w:val="18"/>
          <w:szCs w:val="18"/>
          <w:cs/>
        </w:rPr>
        <w:t>. स्वघोषणा तथा दरभाउपत्र पेश गरेको निवेदन</w:t>
      </w:r>
    </w:p>
    <w:p w14:paraId="3D8A884A" w14:textId="19B4E44E" w:rsidR="00E63387" w:rsidRPr="00030C37" w:rsidRDefault="001B42EA" w:rsidP="00E63387">
      <w:pPr>
        <w:spacing w:after="0"/>
        <w:jc w:val="both"/>
        <w:rPr>
          <w:rFonts w:ascii="Kalimati" w:hAnsi="Kalimati" w:cs="Kalimati"/>
          <w:color w:val="auto"/>
          <w:sz w:val="18"/>
          <w:szCs w:val="18"/>
          <w:lang w:bidi="ne-NP"/>
        </w:rPr>
      </w:pP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म/हामीले यस मूल्य </w:t>
      </w:r>
      <w:r w:rsidR="00276608">
        <w:rPr>
          <w:rFonts w:ascii="Kalimati" w:hAnsi="Kalimati" w:cs="Kalimati"/>
          <w:color w:val="auto"/>
          <w:sz w:val="18"/>
          <w:szCs w:val="18"/>
          <w:cs/>
          <w:lang w:bidi="hi-IN"/>
        </w:rPr>
        <w:t>दरभाउपत्र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 फाराममा उल्लिखित सूचना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कामको विवरण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लागत विवरण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सर्तहरू तथा संस्थाले तोकेका सम्पूर्ण प्रावधानहरू ध्यानपूर्वक अध्ययन गरी बुझी सहमत भएको घोषणा गर्दछु/गर्दछौं। यस दरभाउपत्रमा उल्लेख गरिएको दररेट सत्य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आधिकारिक र बाध्यकारी रहेको तथा काम कार्यादेशमा तोकिएको समय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गुणस्तर र सर्तअनुसार सम्पन्न गर्ने प्रतिबद्धता व्यक्त गर्दछु/गर्दछौं।</w:t>
      </w:r>
      <w:r w:rsidR="001676A8" w:rsidRPr="00030C37">
        <w:rPr>
          <w:rFonts w:ascii="Kalimati" w:hAnsi="Kalimati" w:cs="Kalimati" w:hint="cs"/>
          <w:color w:val="auto"/>
          <w:kern w:val="2"/>
          <w:sz w:val="18"/>
          <w:szCs w:val="18"/>
          <w:cs/>
          <w:lang w:bidi="ne-NP"/>
          <w14:ligatures w14:val="standardContextual"/>
        </w:rPr>
        <w:t xml:space="preserve">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साथै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म/हामीले पेश गरेको कागजात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प्रमाणपत्र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दरभाउ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विवरण तथा घोषणाहरू सही र सत्य भएको स्वघोषणा गर्दछु/गर्दछौं। कुनै विवरण झुटो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भ्रामक वा अपूर्ण पाइएमा संस्थाले दरभाउपत्र अस्वीकृत गर्न</w:t>
      </w:r>
      <w:r w:rsidRPr="00030C37">
        <w:rPr>
          <w:rFonts w:ascii="Kalimati" w:hAnsi="Kalimati" w:cs="Kalimati"/>
          <w:color w:val="auto"/>
          <w:sz w:val="18"/>
          <w:szCs w:val="18"/>
        </w:rPr>
        <w:t xml:space="preserve">,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 xml:space="preserve">सम्झौता रद्द </w:t>
      </w:r>
      <w:r w:rsidRPr="00030C37">
        <w:rPr>
          <w:rFonts w:ascii="Kalimati" w:hAnsi="Kalimati" w:cs="Kalimati" w:hint="cs"/>
          <w:color w:val="auto"/>
          <w:sz w:val="18"/>
          <w:szCs w:val="18"/>
          <w:cs/>
        </w:rPr>
        <w:t xml:space="preserve">हुने </w:t>
      </w:r>
      <w:r w:rsidRPr="00030C37">
        <w:rPr>
          <w:rFonts w:ascii="Kalimati" w:hAnsi="Kalimati" w:cs="Kalimati"/>
          <w:color w:val="auto"/>
          <w:sz w:val="18"/>
          <w:szCs w:val="18"/>
          <w:cs/>
        </w:rPr>
        <w:t>कुरामा म/हामी सहमत छु/छौं।</w:t>
      </w:r>
    </w:p>
    <w:p w14:paraId="2396146E" w14:textId="77777777" w:rsidR="00284F00" w:rsidRPr="00030C37" w:rsidRDefault="00284F00" w:rsidP="00E63387">
      <w:pPr>
        <w:spacing w:after="0"/>
        <w:jc w:val="both"/>
        <w:rPr>
          <w:rFonts w:ascii="Kalimati" w:hAnsi="Kalimati" w:cs="Kalimati"/>
          <w:bCs/>
          <w:color w:val="auto"/>
          <w:sz w:val="18"/>
          <w:szCs w:val="18"/>
          <w:lang w:bidi="ne-NP"/>
        </w:rPr>
      </w:pPr>
    </w:p>
    <w:p w14:paraId="284B5211" w14:textId="18417E46" w:rsidR="00F35AB5" w:rsidRPr="00030C37" w:rsidRDefault="007A0EA6" w:rsidP="00E63387">
      <w:pPr>
        <w:spacing w:after="0"/>
        <w:jc w:val="both"/>
        <w:rPr>
          <w:rFonts w:ascii="Kalimati" w:hAnsi="Kalimati" w:cs="Kalimati"/>
          <w:color w:val="auto"/>
          <w:kern w:val="2"/>
          <w:sz w:val="18"/>
          <w:szCs w:val="18"/>
          <w14:ligatures w14:val="standardContextual"/>
        </w:rPr>
      </w:pPr>
      <w:r w:rsidRPr="00030C37">
        <w:rPr>
          <w:rFonts w:ascii="Kalimati" w:hAnsi="Kalimati" w:cs="Kalimati" w:hint="cs"/>
          <w:bCs/>
          <w:color w:val="auto"/>
          <w:sz w:val="18"/>
          <w:szCs w:val="18"/>
          <w:cs/>
          <w:lang w:bidi="ne-NP"/>
        </w:rPr>
        <w:t>८</w:t>
      </w:r>
      <w:r w:rsidRPr="00030C37">
        <w:rPr>
          <w:rFonts w:ascii="Kalimati" w:hAnsi="Kalimati" w:cs="Kalimati" w:hint="cs"/>
          <w:bCs/>
          <w:color w:val="auto"/>
          <w:sz w:val="18"/>
          <w:szCs w:val="18"/>
        </w:rPr>
        <w:t xml:space="preserve">. </w:t>
      </w:r>
      <w:r w:rsidRPr="00030C37">
        <w:rPr>
          <w:rFonts w:ascii="Kalimati" w:hAnsi="Kalimati" w:cs="Kalimati" w:hint="cs"/>
          <w:b/>
          <w:color w:val="auto"/>
          <w:sz w:val="18"/>
          <w:szCs w:val="18"/>
        </w:rPr>
        <w:t>दरभाउपत्रदाता/ठेकेदारको विवरण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0"/>
        <w:gridCol w:w="6586"/>
      </w:tblGrid>
      <w:tr w:rsidR="00F35AB5" w:rsidRPr="00030C37" w14:paraId="30743D7A" w14:textId="77777777" w:rsidTr="005A5F59">
        <w:tc>
          <w:tcPr>
            <w:tcW w:w="3168" w:type="dxa"/>
          </w:tcPr>
          <w:p w14:paraId="6C982F1D" w14:textId="09818DE7" w:rsidR="00F35AB5" w:rsidRPr="00030C37" w:rsidRDefault="00000000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  <w:r w:rsidRPr="00030C37">
              <w:rPr>
                <w:rFonts w:ascii="Kalimati" w:hAnsi="Kalimati" w:cs="Kalimati" w:hint="cs"/>
                <w:b/>
                <w:color w:val="auto"/>
                <w:sz w:val="18"/>
                <w:szCs w:val="18"/>
              </w:rPr>
              <w:t>फर्म /व्यक्तिको नाम:</w:t>
            </w:r>
          </w:p>
        </w:tc>
        <w:tc>
          <w:tcPr>
            <w:tcW w:w="6624" w:type="dxa"/>
          </w:tcPr>
          <w:p w14:paraId="25545CAE" w14:textId="77777777" w:rsidR="00F35AB5" w:rsidRPr="00030C37" w:rsidRDefault="00F35AB5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</w:p>
        </w:tc>
      </w:tr>
      <w:tr w:rsidR="00F35AB5" w:rsidRPr="00030C37" w14:paraId="7208D64F" w14:textId="77777777" w:rsidTr="005A5F59">
        <w:tc>
          <w:tcPr>
            <w:tcW w:w="3168" w:type="dxa"/>
          </w:tcPr>
          <w:p w14:paraId="766748FC" w14:textId="3D92939B" w:rsidR="00F35AB5" w:rsidRPr="00030C37" w:rsidRDefault="00000000" w:rsidP="00E63387">
            <w:pPr>
              <w:rPr>
                <w:rFonts w:ascii="Kalimati" w:hAnsi="Kalimati" w:cs="Kalimati"/>
                <w:color w:val="auto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b/>
                <w:color w:val="auto"/>
                <w:sz w:val="18"/>
                <w:szCs w:val="18"/>
              </w:rPr>
              <w:t>ठेगाना</w:t>
            </w:r>
          </w:p>
        </w:tc>
        <w:tc>
          <w:tcPr>
            <w:tcW w:w="6624" w:type="dxa"/>
          </w:tcPr>
          <w:p w14:paraId="7367D950" w14:textId="77777777" w:rsidR="00F35AB5" w:rsidRPr="00030C37" w:rsidRDefault="00F35AB5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</w:p>
        </w:tc>
      </w:tr>
      <w:tr w:rsidR="00F35AB5" w:rsidRPr="00030C37" w14:paraId="130CABA4" w14:textId="77777777" w:rsidTr="005A5F59">
        <w:tc>
          <w:tcPr>
            <w:tcW w:w="3168" w:type="dxa"/>
          </w:tcPr>
          <w:p w14:paraId="58128577" w14:textId="77777777" w:rsidR="00F35AB5" w:rsidRPr="00030C37" w:rsidRDefault="00000000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  <w:r w:rsidRPr="00030C37">
              <w:rPr>
                <w:rFonts w:ascii="Kalimati" w:hAnsi="Kalimati" w:cs="Kalimati" w:hint="cs"/>
                <w:b/>
                <w:color w:val="auto"/>
                <w:sz w:val="18"/>
                <w:szCs w:val="18"/>
              </w:rPr>
              <w:t>सम्पर्क फोन नं. र इमेल:</w:t>
            </w:r>
          </w:p>
        </w:tc>
        <w:tc>
          <w:tcPr>
            <w:tcW w:w="6624" w:type="dxa"/>
          </w:tcPr>
          <w:p w14:paraId="59970E4E" w14:textId="77777777" w:rsidR="00F35AB5" w:rsidRPr="00030C37" w:rsidRDefault="00F35AB5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</w:p>
        </w:tc>
      </w:tr>
      <w:tr w:rsidR="00F35AB5" w:rsidRPr="00030C37" w14:paraId="2C427381" w14:textId="77777777" w:rsidTr="005A5F59">
        <w:tc>
          <w:tcPr>
            <w:tcW w:w="3168" w:type="dxa"/>
          </w:tcPr>
          <w:p w14:paraId="68217C3B" w14:textId="77777777" w:rsidR="00F35AB5" w:rsidRPr="00030C37" w:rsidRDefault="00000000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  <w:r w:rsidRPr="00030C37">
              <w:rPr>
                <w:rFonts w:ascii="Kalimati" w:hAnsi="Kalimati" w:cs="Kalimati" w:hint="cs"/>
                <w:b/>
                <w:color w:val="auto"/>
                <w:sz w:val="18"/>
                <w:szCs w:val="18"/>
              </w:rPr>
              <w:t>अधिकारप्राप्त व्यक्तिको नाम र पद:</w:t>
            </w:r>
          </w:p>
        </w:tc>
        <w:tc>
          <w:tcPr>
            <w:tcW w:w="6624" w:type="dxa"/>
          </w:tcPr>
          <w:p w14:paraId="67A7D27A" w14:textId="77777777" w:rsidR="00F35AB5" w:rsidRPr="00030C37" w:rsidRDefault="00F35AB5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</w:p>
        </w:tc>
      </w:tr>
      <w:tr w:rsidR="00F35AB5" w:rsidRPr="00030C37" w14:paraId="6CFB1445" w14:textId="77777777" w:rsidTr="00030C37">
        <w:trPr>
          <w:trHeight w:val="1504"/>
        </w:trPr>
        <w:tc>
          <w:tcPr>
            <w:tcW w:w="3168" w:type="dxa"/>
          </w:tcPr>
          <w:p w14:paraId="0C55E5E5" w14:textId="77777777" w:rsidR="00F35AB5" w:rsidRPr="00030C37" w:rsidRDefault="00000000" w:rsidP="00E63387">
            <w:pPr>
              <w:rPr>
                <w:rFonts w:ascii="Kalimati" w:hAnsi="Kalimati" w:cs="Kalimati"/>
                <w:color w:val="auto"/>
                <w:sz w:val="18"/>
                <w:szCs w:val="18"/>
              </w:rPr>
            </w:pPr>
            <w:r w:rsidRPr="00030C37">
              <w:rPr>
                <w:rFonts w:ascii="Kalimati" w:hAnsi="Kalimati" w:cs="Kalimati" w:hint="cs"/>
                <w:b/>
                <w:color w:val="auto"/>
                <w:sz w:val="18"/>
                <w:szCs w:val="18"/>
              </w:rPr>
              <w:t>हस्ताक्षर र आधिकारिक छाप:</w:t>
            </w:r>
          </w:p>
        </w:tc>
        <w:tc>
          <w:tcPr>
            <w:tcW w:w="6624" w:type="dxa"/>
          </w:tcPr>
          <w:p w14:paraId="4376D7BE" w14:textId="6382B857" w:rsidR="00203A74" w:rsidRPr="00030C37" w:rsidRDefault="00000000" w:rsidP="00E63387">
            <w:pPr>
              <w:rPr>
                <w:rFonts w:ascii="Kalimati" w:hAnsi="Kalimati" w:cs="Kalimati"/>
                <w:color w:val="auto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color w:val="auto"/>
                <w:sz w:val="18"/>
                <w:szCs w:val="18"/>
              </w:rPr>
              <w:br/>
            </w:r>
            <w:r w:rsidRPr="00030C37">
              <w:rPr>
                <w:rFonts w:ascii="Kalimati" w:hAnsi="Kalimati" w:cs="Kalimati" w:hint="cs"/>
                <w:color w:val="auto"/>
                <w:sz w:val="18"/>
                <w:szCs w:val="18"/>
              </w:rPr>
              <w:br/>
            </w:r>
          </w:p>
          <w:p w14:paraId="56614759" w14:textId="0A65FD69" w:rsidR="002B3E1C" w:rsidRPr="00030C37" w:rsidRDefault="00000000" w:rsidP="00030C37">
            <w:pPr>
              <w:rPr>
                <w:rFonts w:ascii="Kalimati" w:hAnsi="Kalimati" w:cs="Kalimati"/>
                <w:color w:val="auto"/>
                <w:sz w:val="18"/>
                <w:szCs w:val="18"/>
                <w:lang w:bidi="ne-NP"/>
              </w:rPr>
            </w:pPr>
            <w:r w:rsidRPr="00030C37">
              <w:rPr>
                <w:rFonts w:ascii="Kalimati" w:hAnsi="Kalimati" w:cs="Kalimati" w:hint="cs"/>
                <w:color w:val="auto"/>
                <w:sz w:val="18"/>
                <w:szCs w:val="18"/>
              </w:rPr>
              <w:t>हस्ताक्षर: ____________________ छाप:</w:t>
            </w:r>
          </w:p>
        </w:tc>
      </w:tr>
    </w:tbl>
    <w:p w14:paraId="3FD53970" w14:textId="77777777" w:rsidR="00E63387" w:rsidRPr="00030C37" w:rsidRDefault="00E63387" w:rsidP="00203A74">
      <w:pPr>
        <w:spacing w:after="0"/>
        <w:jc w:val="center"/>
        <w:rPr>
          <w:rFonts w:ascii="Kalimati" w:hAnsi="Kalimati" w:cs="Kalimati"/>
          <w:sz w:val="18"/>
          <w:szCs w:val="18"/>
        </w:rPr>
      </w:pPr>
    </w:p>
    <w:sectPr w:rsidR="00E63387" w:rsidRPr="00030C37" w:rsidSect="00030C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691" w:right="720" w:bottom="69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9D277" w14:textId="77777777" w:rsidR="003F7D0B" w:rsidRDefault="003F7D0B" w:rsidP="00AE5406">
      <w:pPr>
        <w:spacing w:after="0" w:line="240" w:lineRule="auto"/>
      </w:pPr>
      <w:r>
        <w:separator/>
      </w:r>
    </w:p>
  </w:endnote>
  <w:endnote w:type="continuationSeparator" w:id="0">
    <w:p w14:paraId="3E0C1331" w14:textId="77777777" w:rsidR="003F7D0B" w:rsidRDefault="003F7D0B" w:rsidP="00AE5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alimati">
    <w:panose1 w:val="00000400000000000000"/>
    <w:charset w:val="FF"/>
    <w:family w:val="auto"/>
    <w:pitch w:val="variable"/>
    <w:sig w:usb0="80008003" w:usb1="0000201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ina New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8127D" w14:textId="77777777" w:rsidR="00C66321" w:rsidRDefault="00C663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Dina New" w:hAnsi="Dina New"/>
        <w:sz w:val="22"/>
        <w:szCs w:val="24"/>
      </w:rPr>
      <w:id w:val="1950505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26AB1" w14:textId="697EA233" w:rsidR="00E63387" w:rsidRPr="00E63387" w:rsidRDefault="00E63387">
        <w:pPr>
          <w:pStyle w:val="Footer"/>
          <w:jc w:val="center"/>
          <w:rPr>
            <w:rFonts w:ascii="Dina New" w:hAnsi="Dina New"/>
            <w:sz w:val="22"/>
            <w:szCs w:val="24"/>
          </w:rPr>
        </w:pPr>
        <w:r w:rsidRPr="00E63387">
          <w:rPr>
            <w:rFonts w:ascii="Dina New" w:hAnsi="Dina New"/>
            <w:sz w:val="22"/>
            <w:szCs w:val="24"/>
          </w:rPr>
          <w:fldChar w:fldCharType="begin"/>
        </w:r>
        <w:r w:rsidRPr="00E63387">
          <w:rPr>
            <w:rFonts w:ascii="Dina New" w:hAnsi="Dina New"/>
            <w:sz w:val="22"/>
            <w:szCs w:val="24"/>
          </w:rPr>
          <w:instrText xml:space="preserve"> PAGE   \* MERGEFORMAT </w:instrText>
        </w:r>
        <w:r w:rsidRPr="00E63387">
          <w:rPr>
            <w:rFonts w:ascii="Dina New" w:hAnsi="Dina New"/>
            <w:sz w:val="22"/>
            <w:szCs w:val="24"/>
          </w:rPr>
          <w:fldChar w:fldCharType="separate"/>
        </w:r>
        <w:r w:rsidRPr="00E63387">
          <w:rPr>
            <w:rFonts w:ascii="Dina New" w:hAnsi="Dina New"/>
            <w:noProof/>
            <w:sz w:val="22"/>
            <w:szCs w:val="24"/>
          </w:rPr>
          <w:t>2</w:t>
        </w:r>
        <w:r w:rsidRPr="00E63387">
          <w:rPr>
            <w:rFonts w:ascii="Dina New" w:hAnsi="Dina New"/>
            <w:noProof/>
            <w:sz w:val="22"/>
            <w:szCs w:val="24"/>
          </w:rPr>
          <w:fldChar w:fldCharType="end"/>
        </w:r>
      </w:p>
    </w:sdtContent>
  </w:sdt>
  <w:p w14:paraId="03F343A8" w14:textId="68047B7D" w:rsidR="00AE5406" w:rsidRPr="00E63387" w:rsidRDefault="00AE5406" w:rsidP="00AE5406">
    <w:pPr>
      <w:pStyle w:val="Footer"/>
      <w:jc w:val="center"/>
      <w:rPr>
        <w:rFonts w:ascii="Dina New" w:hAnsi="Dina New" w:cs="Kalimati"/>
        <w:sz w:val="22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4223E" w14:textId="77777777" w:rsidR="00C66321" w:rsidRDefault="00C663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DD6F9" w14:textId="77777777" w:rsidR="003F7D0B" w:rsidRDefault="003F7D0B" w:rsidP="00AE5406">
      <w:pPr>
        <w:spacing w:after="0" w:line="240" w:lineRule="auto"/>
      </w:pPr>
      <w:r>
        <w:separator/>
      </w:r>
    </w:p>
  </w:footnote>
  <w:footnote w:type="continuationSeparator" w:id="0">
    <w:p w14:paraId="311634BF" w14:textId="77777777" w:rsidR="003F7D0B" w:rsidRDefault="003F7D0B" w:rsidP="00AE54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15486" w14:textId="77777777" w:rsidR="00C66321" w:rsidRDefault="00C663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309EA" w14:textId="77777777" w:rsidR="00C66321" w:rsidRDefault="00C663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76EE" w14:textId="77777777" w:rsidR="00C66321" w:rsidRDefault="00C663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A45AC8"/>
    <w:multiLevelType w:val="hybridMultilevel"/>
    <w:tmpl w:val="0DD4E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1C010A"/>
    <w:multiLevelType w:val="multilevel"/>
    <w:tmpl w:val="05088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8835A6"/>
    <w:multiLevelType w:val="hybridMultilevel"/>
    <w:tmpl w:val="D1846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A7728A"/>
    <w:multiLevelType w:val="multilevel"/>
    <w:tmpl w:val="AF388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FC14F1"/>
    <w:multiLevelType w:val="hybridMultilevel"/>
    <w:tmpl w:val="F79CA9C2"/>
    <w:lvl w:ilvl="0" w:tplc="9182C83A">
      <w:numFmt w:val="bullet"/>
      <w:lvlText w:val="•"/>
      <w:lvlJc w:val="left"/>
      <w:pPr>
        <w:ind w:left="720" w:hanging="360"/>
      </w:pPr>
      <w:rPr>
        <w:rFonts w:ascii="Kalimati" w:eastAsiaTheme="minorEastAsia" w:hAnsi="Kalimati" w:cs="Kalima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745FCC"/>
    <w:multiLevelType w:val="hybridMultilevel"/>
    <w:tmpl w:val="B3622310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5" w15:restartNumberingAfterBreak="0">
    <w:nsid w:val="3738285C"/>
    <w:multiLevelType w:val="hybridMultilevel"/>
    <w:tmpl w:val="3E1E8B2E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6" w15:restartNumberingAfterBreak="0">
    <w:nsid w:val="452147FD"/>
    <w:multiLevelType w:val="multilevel"/>
    <w:tmpl w:val="F0F22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F779D5"/>
    <w:multiLevelType w:val="hybridMultilevel"/>
    <w:tmpl w:val="627A4F0C"/>
    <w:lvl w:ilvl="0" w:tplc="040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8" w15:restartNumberingAfterBreak="0">
    <w:nsid w:val="72B72D6D"/>
    <w:multiLevelType w:val="hybridMultilevel"/>
    <w:tmpl w:val="10C24A46"/>
    <w:lvl w:ilvl="0" w:tplc="E8802572">
      <w:numFmt w:val="bullet"/>
      <w:lvlText w:val="•"/>
      <w:lvlJc w:val="left"/>
      <w:pPr>
        <w:ind w:left="720" w:hanging="360"/>
      </w:pPr>
      <w:rPr>
        <w:rFonts w:ascii="Kalimati" w:eastAsiaTheme="minorEastAsia" w:hAnsi="Kalimati" w:cs="Kalima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449639">
    <w:abstractNumId w:val="8"/>
  </w:num>
  <w:num w:numId="2" w16cid:durableId="2051029692">
    <w:abstractNumId w:val="6"/>
  </w:num>
  <w:num w:numId="3" w16cid:durableId="2071878967">
    <w:abstractNumId w:val="5"/>
  </w:num>
  <w:num w:numId="4" w16cid:durableId="1251624291">
    <w:abstractNumId w:val="4"/>
  </w:num>
  <w:num w:numId="5" w16cid:durableId="1089229811">
    <w:abstractNumId w:val="7"/>
  </w:num>
  <w:num w:numId="6" w16cid:durableId="1013192691">
    <w:abstractNumId w:val="3"/>
  </w:num>
  <w:num w:numId="7" w16cid:durableId="623804058">
    <w:abstractNumId w:val="2"/>
  </w:num>
  <w:num w:numId="8" w16cid:durableId="2054649685">
    <w:abstractNumId w:val="1"/>
  </w:num>
  <w:num w:numId="9" w16cid:durableId="1948846910">
    <w:abstractNumId w:val="0"/>
  </w:num>
  <w:num w:numId="10" w16cid:durableId="506872892">
    <w:abstractNumId w:val="17"/>
  </w:num>
  <w:num w:numId="11" w16cid:durableId="527333841">
    <w:abstractNumId w:val="9"/>
  </w:num>
  <w:num w:numId="12" w16cid:durableId="1929657357">
    <w:abstractNumId w:val="18"/>
  </w:num>
  <w:num w:numId="13" w16cid:durableId="731385983">
    <w:abstractNumId w:val="11"/>
  </w:num>
  <w:num w:numId="14" w16cid:durableId="1139566106">
    <w:abstractNumId w:val="13"/>
  </w:num>
  <w:num w:numId="15" w16cid:durableId="1569994542">
    <w:abstractNumId w:val="14"/>
  </w:num>
  <w:num w:numId="16" w16cid:durableId="424426570">
    <w:abstractNumId w:val="15"/>
  </w:num>
  <w:num w:numId="17" w16cid:durableId="10449027">
    <w:abstractNumId w:val="12"/>
  </w:num>
  <w:num w:numId="18" w16cid:durableId="2022703415">
    <w:abstractNumId w:val="10"/>
  </w:num>
  <w:num w:numId="19" w16cid:durableId="2993129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readOnly" w:enforcement="1" w:cryptProviderType="rsaAES" w:cryptAlgorithmClass="hash" w:cryptAlgorithmType="typeAny" w:cryptAlgorithmSid="14" w:cryptSpinCount="100000" w:hash="1+Wq4oMZ47e6vN9ji9SeaMA9jd8FveQdKE12TaGVmPufxNS+VEVpzhVV4P0rIxsSN1lEnoaZYzdTtsYgxG/4/w==" w:salt="hxqriBQj6TrzKX4E+g5Au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6AE"/>
    <w:rsid w:val="00016E54"/>
    <w:rsid w:val="00021518"/>
    <w:rsid w:val="00022F64"/>
    <w:rsid w:val="00030C37"/>
    <w:rsid w:val="00034616"/>
    <w:rsid w:val="0006063C"/>
    <w:rsid w:val="00064713"/>
    <w:rsid w:val="000772CF"/>
    <w:rsid w:val="00087C34"/>
    <w:rsid w:val="000B00F8"/>
    <w:rsid w:val="000B2E0F"/>
    <w:rsid w:val="00121981"/>
    <w:rsid w:val="001326FE"/>
    <w:rsid w:val="00140306"/>
    <w:rsid w:val="00141601"/>
    <w:rsid w:val="00141824"/>
    <w:rsid w:val="00147D31"/>
    <w:rsid w:val="0015074B"/>
    <w:rsid w:val="001676A8"/>
    <w:rsid w:val="00173714"/>
    <w:rsid w:val="001B4214"/>
    <w:rsid w:val="001B42EA"/>
    <w:rsid w:val="001C07D2"/>
    <w:rsid w:val="001C2D62"/>
    <w:rsid w:val="00200BAE"/>
    <w:rsid w:val="0020398F"/>
    <w:rsid w:val="00203A74"/>
    <w:rsid w:val="002333B3"/>
    <w:rsid w:val="00240B70"/>
    <w:rsid w:val="00242EBD"/>
    <w:rsid w:val="00245C7A"/>
    <w:rsid w:val="00261E9C"/>
    <w:rsid w:val="00276608"/>
    <w:rsid w:val="002828C5"/>
    <w:rsid w:val="00284F00"/>
    <w:rsid w:val="00286B61"/>
    <w:rsid w:val="00287914"/>
    <w:rsid w:val="0029639D"/>
    <w:rsid w:val="00297635"/>
    <w:rsid w:val="002A2D33"/>
    <w:rsid w:val="002B3E1C"/>
    <w:rsid w:val="002B4A95"/>
    <w:rsid w:val="002B6F89"/>
    <w:rsid w:val="002C6428"/>
    <w:rsid w:val="00326F90"/>
    <w:rsid w:val="00330E6F"/>
    <w:rsid w:val="003910B2"/>
    <w:rsid w:val="003A45C0"/>
    <w:rsid w:val="003A65FB"/>
    <w:rsid w:val="003B1CF7"/>
    <w:rsid w:val="003F7D0B"/>
    <w:rsid w:val="00413D3C"/>
    <w:rsid w:val="004164BD"/>
    <w:rsid w:val="00417F18"/>
    <w:rsid w:val="0042002F"/>
    <w:rsid w:val="0043385B"/>
    <w:rsid w:val="0047447C"/>
    <w:rsid w:val="00486699"/>
    <w:rsid w:val="00492946"/>
    <w:rsid w:val="004D49A5"/>
    <w:rsid w:val="0050719C"/>
    <w:rsid w:val="00534620"/>
    <w:rsid w:val="00535DEB"/>
    <w:rsid w:val="0055606E"/>
    <w:rsid w:val="005875A0"/>
    <w:rsid w:val="00595A16"/>
    <w:rsid w:val="005A5F59"/>
    <w:rsid w:val="005C5115"/>
    <w:rsid w:val="005E2779"/>
    <w:rsid w:val="005E7097"/>
    <w:rsid w:val="005F1C65"/>
    <w:rsid w:val="00607AE6"/>
    <w:rsid w:val="00612156"/>
    <w:rsid w:val="00643FAE"/>
    <w:rsid w:val="00675D69"/>
    <w:rsid w:val="006D0CD5"/>
    <w:rsid w:val="006D184C"/>
    <w:rsid w:val="006F5778"/>
    <w:rsid w:val="007404E2"/>
    <w:rsid w:val="0074147A"/>
    <w:rsid w:val="00753D59"/>
    <w:rsid w:val="00760019"/>
    <w:rsid w:val="007741CD"/>
    <w:rsid w:val="00780CE6"/>
    <w:rsid w:val="00784FF2"/>
    <w:rsid w:val="007A0EA6"/>
    <w:rsid w:val="007B2D37"/>
    <w:rsid w:val="007B31CA"/>
    <w:rsid w:val="007D5ABA"/>
    <w:rsid w:val="007F40DC"/>
    <w:rsid w:val="008239A0"/>
    <w:rsid w:val="00830DFA"/>
    <w:rsid w:val="00841674"/>
    <w:rsid w:val="00847D24"/>
    <w:rsid w:val="00863079"/>
    <w:rsid w:val="0087117F"/>
    <w:rsid w:val="00883EEB"/>
    <w:rsid w:val="008842A4"/>
    <w:rsid w:val="008875A8"/>
    <w:rsid w:val="0089231B"/>
    <w:rsid w:val="008B109A"/>
    <w:rsid w:val="008D3D45"/>
    <w:rsid w:val="00907500"/>
    <w:rsid w:val="00917882"/>
    <w:rsid w:val="00924D4B"/>
    <w:rsid w:val="009264DD"/>
    <w:rsid w:val="00951B78"/>
    <w:rsid w:val="0095399E"/>
    <w:rsid w:val="0097506B"/>
    <w:rsid w:val="009A0D3B"/>
    <w:rsid w:val="009A7F7D"/>
    <w:rsid w:val="009C5594"/>
    <w:rsid w:val="009F3EB6"/>
    <w:rsid w:val="00A07660"/>
    <w:rsid w:val="00A207E8"/>
    <w:rsid w:val="00A32D62"/>
    <w:rsid w:val="00A546F8"/>
    <w:rsid w:val="00A54E5A"/>
    <w:rsid w:val="00A56422"/>
    <w:rsid w:val="00A84C26"/>
    <w:rsid w:val="00A93C53"/>
    <w:rsid w:val="00A97D70"/>
    <w:rsid w:val="00AA1D8D"/>
    <w:rsid w:val="00AB593C"/>
    <w:rsid w:val="00AD5842"/>
    <w:rsid w:val="00AE5406"/>
    <w:rsid w:val="00AE5A6D"/>
    <w:rsid w:val="00B01B77"/>
    <w:rsid w:val="00B314B4"/>
    <w:rsid w:val="00B459B9"/>
    <w:rsid w:val="00B47730"/>
    <w:rsid w:val="00B56D59"/>
    <w:rsid w:val="00B67299"/>
    <w:rsid w:val="00B74D56"/>
    <w:rsid w:val="00B80A04"/>
    <w:rsid w:val="00B810C7"/>
    <w:rsid w:val="00B81A88"/>
    <w:rsid w:val="00BA1BF0"/>
    <w:rsid w:val="00BA4C0C"/>
    <w:rsid w:val="00BC2B79"/>
    <w:rsid w:val="00BC5864"/>
    <w:rsid w:val="00BC6C49"/>
    <w:rsid w:val="00BE365C"/>
    <w:rsid w:val="00BF39BB"/>
    <w:rsid w:val="00C1238D"/>
    <w:rsid w:val="00C2067C"/>
    <w:rsid w:val="00C27FAD"/>
    <w:rsid w:val="00C331E9"/>
    <w:rsid w:val="00C66321"/>
    <w:rsid w:val="00C770B3"/>
    <w:rsid w:val="00C86469"/>
    <w:rsid w:val="00C86E92"/>
    <w:rsid w:val="00C9120C"/>
    <w:rsid w:val="00CB0664"/>
    <w:rsid w:val="00CC2B9F"/>
    <w:rsid w:val="00CC322E"/>
    <w:rsid w:val="00CD12E2"/>
    <w:rsid w:val="00CF0980"/>
    <w:rsid w:val="00D02532"/>
    <w:rsid w:val="00D1307C"/>
    <w:rsid w:val="00D26D39"/>
    <w:rsid w:val="00D27D7B"/>
    <w:rsid w:val="00D4717A"/>
    <w:rsid w:val="00D76742"/>
    <w:rsid w:val="00D8203B"/>
    <w:rsid w:val="00D94F6F"/>
    <w:rsid w:val="00D95323"/>
    <w:rsid w:val="00E13376"/>
    <w:rsid w:val="00E140B0"/>
    <w:rsid w:val="00E244EF"/>
    <w:rsid w:val="00E53F5B"/>
    <w:rsid w:val="00E575CC"/>
    <w:rsid w:val="00E57610"/>
    <w:rsid w:val="00E63387"/>
    <w:rsid w:val="00E81FB0"/>
    <w:rsid w:val="00E8646A"/>
    <w:rsid w:val="00E93281"/>
    <w:rsid w:val="00EA6119"/>
    <w:rsid w:val="00EB0D0B"/>
    <w:rsid w:val="00EB201B"/>
    <w:rsid w:val="00EF410B"/>
    <w:rsid w:val="00F03C5D"/>
    <w:rsid w:val="00F104ED"/>
    <w:rsid w:val="00F17698"/>
    <w:rsid w:val="00F35AB5"/>
    <w:rsid w:val="00F459B9"/>
    <w:rsid w:val="00F60124"/>
    <w:rsid w:val="00F7252C"/>
    <w:rsid w:val="00F77FC7"/>
    <w:rsid w:val="00FA241F"/>
    <w:rsid w:val="00FA65B5"/>
    <w:rsid w:val="00FC633F"/>
    <w:rsid w:val="00FC65F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77147E"/>
  <w14:defaultImageDpi w14:val="300"/>
  <w15:docId w15:val="{D66D2847-309E-4B8C-8579-51C82A463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864"/>
    <w:rPr>
      <w:rFonts w:ascii="Arial" w:hAnsi="Arial"/>
      <w:color w:val="222222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1">
    <w:name w:val="Table Grid1"/>
    <w:basedOn w:val="TableNormal"/>
    <w:next w:val="TableGrid"/>
    <w:rsid w:val="00CC322E"/>
    <w:pPr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66321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2"/>
      <w:sz w:val="24"/>
      <w:szCs w:val="24"/>
      <w:lang w:bidi="ne-N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806</Words>
  <Characters>4600</Characters>
  <Application>Microsoft Office Word</Application>
  <DocSecurity>8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Saroj Pariyar</cp:lastModifiedBy>
  <cp:revision>189</cp:revision>
  <cp:lastPrinted>2026-09-25T07:18:00Z</cp:lastPrinted>
  <dcterms:created xsi:type="dcterms:W3CDTF">2026-08-13T06:05:00Z</dcterms:created>
  <dcterms:modified xsi:type="dcterms:W3CDTF">2026-09-25T07:41:00Z</dcterms:modified>
  <cp:category/>
</cp:coreProperties>
</file>